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009EDA"/>
          <w:sz w:val="32"/>
        </w:rPr>
        <w:t>BENZA WATER STORAGE</w:t>
      </w:r>
    </w:p>
    <w:p>
      <w:r>
        <w:rPr>
          <w:b/>
          <w:i w:val="0"/>
          <w:color w:val="0A2540"/>
          <w:sz w:val="40"/>
        </w:rPr>
        <w:t>Le richieste che arrivano dal sito</w:t>
      </w:r>
    </w:p>
    <w:p>
      <w:r>
        <w:rPr>
          <w:b w:val="0"/>
          <w:i w:val="0"/>
          <w:color w:val="606A76"/>
          <w:sz w:val="20"/>
        </w:rPr>
        <w:t>53 messaggi ricevuti dal modulo del sito, dal 21/06/2017 al 11/02/2026</w:t>
      </w:r>
    </w:p>
    <w:p>
      <w:pPr>
        <w:pStyle w:val="Heading1"/>
      </w:pPr>
      <w:r>
        <w:t>Di cosa si tratta</w:t>
      </w:r>
    </w:p>
    <w:p>
      <w:r>
        <w:t>Questo documento raccoglie i messaggi che i visitatori del sito hanno scritto negli anni compilando il modulo dei contatti e la richiesta di preventivo. Sono trascritti fedelmente, senza correzioni: cambia solo che abbiamo tolto indirizzi email e numeri di telefono.</w:t>
      </w:r>
    </w:p>
    <w:p>
      <w:r>
        <w:t>Li abbiamo raccolti mentre studiavamo la fattibilità di un assistente virtuale sul sito, per capire che cosa il pubblico chieda davvero prima di scrivere. Il risultato è utile anche da solo, perché fotografa il tipo di interlocutore che il sito porta.</w:t>
      </w:r>
    </w:p>
    <w:p>
      <w:pPr>
        <w:pStyle w:val="Heading1"/>
      </w:pPr>
      <w:r>
        <w:t>Il quadro d'insieme</w:t>
      </w:r>
    </w:p>
    <w:p>
      <w:r>
        <w:t>Le richieste sono quasi tutte di chi deve ancora comprare: misure, fattibilità, preventivi con la posa. Le domande di montaggio, che ci si aspetterebbe di trovare, qui non ci sono: arrivano per telefono e per mail dopo l'acquisto.</w:t>
      </w:r>
    </w:p>
    <w:tbl>
      <w:tblPr>
        <w:tblStyle w:val="TableGrid"/>
        <w:tblW w:type="auto" w:w="0"/>
        <w:jc w:val="left"/>
        <w:tblLook w:firstColumn="1" w:firstRow="1" w:lastColumn="0" w:lastRow="0" w:noHBand="0" w:noVBand="1" w:val="04A0"/>
      </w:tblPr>
      <w:tblGrid>
        <w:gridCol w:w="2880"/>
        <w:gridCol w:w="2880"/>
        <w:gridCol w:w="2880"/>
      </w:tblGrid>
      <w:tr>
        <w:tc>
          <w:tcPr>
            <w:tcW w:type="dxa" w:w="6236"/>
            <w:shd w:val="clear" w:color="auto" w:fill="009EDA"/>
          </w:tcPr>
          <w:p>
            <w:r/>
            <w:r>
              <w:rPr>
                <w:b/>
                <w:i w:val="0"/>
                <w:color w:val="FFFFFF"/>
                <w:sz w:val="18"/>
              </w:rPr>
              <w:t>Tipo di richiesta</w:t>
            </w:r>
          </w:p>
        </w:tc>
        <w:tc>
          <w:tcPr>
            <w:tcW w:type="dxa" w:w="1247"/>
            <w:shd w:val="clear" w:color="auto" w:fill="009EDA"/>
          </w:tcPr>
          <w:p>
            <w:r/>
            <w:r>
              <w:rPr>
                <w:b/>
                <w:i w:val="0"/>
                <w:color w:val="FFFFFF"/>
                <w:sz w:val="18"/>
              </w:rPr>
              <w:t>Quante</w:t>
            </w:r>
          </w:p>
        </w:tc>
        <w:tc>
          <w:tcPr>
            <w:tcW w:type="dxa" w:w="1247"/>
            <w:shd w:val="clear" w:color="auto" w:fill="009EDA"/>
          </w:tcPr>
          <w:p>
            <w:r/>
            <w:r>
              <w:rPr>
                <w:b/>
                <w:i w:val="0"/>
                <w:color w:val="FFFFFF"/>
                <w:sz w:val="18"/>
              </w:rPr>
              <w:t>Su 53</w:t>
            </w:r>
          </w:p>
        </w:tc>
      </w:tr>
      <w:tr>
        <w:tc>
          <w:tcPr>
            <w:tcW w:type="dxa" w:w="6236"/>
          </w:tcPr>
          <w:p>
            <w:r/>
            <w:r>
              <w:rPr>
                <w:b w:val="0"/>
                <w:i w:val="0"/>
                <w:sz w:val="20"/>
              </w:rPr>
              <w:t>Teli su misura: prezzi, misure, consigli</w:t>
            </w:r>
          </w:p>
        </w:tc>
        <w:tc>
          <w:tcPr>
            <w:tcW w:type="dxa" w:w="1247"/>
          </w:tcPr>
          <w:p>
            <w:r/>
            <w:r>
              <w:rPr>
                <w:b w:val="0"/>
                <w:i w:val="0"/>
                <w:sz w:val="20"/>
              </w:rPr>
              <w:t>11</w:t>
            </w:r>
          </w:p>
        </w:tc>
        <w:tc>
          <w:tcPr>
            <w:tcW w:type="dxa" w:w="1247"/>
          </w:tcPr>
          <w:p>
            <w:r/>
            <w:r>
              <w:rPr>
                <w:b w:val="0"/>
                <w:i w:val="0"/>
                <w:sz w:val="20"/>
              </w:rPr>
              <w:t>21%</w:t>
            </w:r>
          </w:p>
        </w:tc>
      </w:tr>
      <w:tr>
        <w:tc>
          <w:tcPr>
            <w:tcW w:type="dxa" w:w="6236"/>
          </w:tcPr>
          <w:p>
            <w:r/>
            <w:r>
              <w:rPr>
                <w:b w:val="0"/>
                <w:i w:val="0"/>
                <w:sz w:val="20"/>
              </w:rPr>
              <w:t>Impermeabilizzare qualcosa che esiste già</w:t>
            </w:r>
          </w:p>
        </w:tc>
        <w:tc>
          <w:tcPr>
            <w:tcW w:type="dxa" w:w="1247"/>
          </w:tcPr>
          <w:p>
            <w:r/>
            <w:r>
              <w:rPr>
                <w:b w:val="0"/>
                <w:i w:val="0"/>
                <w:sz w:val="20"/>
              </w:rPr>
              <w:t>11</w:t>
            </w:r>
          </w:p>
        </w:tc>
        <w:tc>
          <w:tcPr>
            <w:tcW w:type="dxa" w:w="1247"/>
          </w:tcPr>
          <w:p>
            <w:r/>
            <w:r>
              <w:rPr>
                <w:b w:val="0"/>
                <w:i w:val="0"/>
                <w:sz w:val="20"/>
              </w:rPr>
              <w:t>21%</w:t>
            </w:r>
          </w:p>
        </w:tc>
      </w:tr>
      <w:tr>
        <w:tc>
          <w:tcPr>
            <w:tcW w:type="dxa" w:w="6236"/>
          </w:tcPr>
          <w:p>
            <w:r/>
            <w:r>
              <w:rPr>
                <w:b w:val="0"/>
                <w:i w:val="0"/>
                <w:sz w:val="20"/>
              </w:rPr>
              <w:t>Realizzare laghi, biolaghi e biopiscine</w:t>
            </w:r>
          </w:p>
        </w:tc>
        <w:tc>
          <w:tcPr>
            <w:tcW w:type="dxa" w:w="1247"/>
          </w:tcPr>
          <w:p>
            <w:r/>
            <w:r>
              <w:rPr>
                <w:b w:val="0"/>
                <w:i w:val="0"/>
                <w:sz w:val="20"/>
              </w:rPr>
              <w:t>11</w:t>
            </w:r>
          </w:p>
        </w:tc>
        <w:tc>
          <w:tcPr>
            <w:tcW w:type="dxa" w:w="1247"/>
          </w:tcPr>
          <w:p>
            <w:r/>
            <w:r>
              <w:rPr>
                <w:b w:val="0"/>
                <w:i w:val="0"/>
                <w:sz w:val="20"/>
              </w:rPr>
              <w:t>21%</w:t>
            </w:r>
          </w:p>
        </w:tc>
      </w:tr>
      <w:tr>
        <w:tc>
          <w:tcPr>
            <w:tcW w:type="dxa" w:w="6236"/>
          </w:tcPr>
          <w:p>
            <w:r/>
            <w:r>
              <w:rPr>
                <w:b w:val="0"/>
                <w:i w:val="0"/>
                <w:sz w:val="20"/>
              </w:rPr>
              <w:t>Vasche e serbatoi per industria e agricoltura</w:t>
            </w:r>
          </w:p>
        </w:tc>
        <w:tc>
          <w:tcPr>
            <w:tcW w:type="dxa" w:w="1247"/>
          </w:tcPr>
          <w:p>
            <w:r/>
            <w:r>
              <w:rPr>
                <w:b w:val="0"/>
                <w:i w:val="0"/>
                <w:sz w:val="20"/>
              </w:rPr>
              <w:t>7</w:t>
            </w:r>
          </w:p>
        </w:tc>
        <w:tc>
          <w:tcPr>
            <w:tcW w:type="dxa" w:w="1247"/>
          </w:tcPr>
          <w:p>
            <w:r/>
            <w:r>
              <w:rPr>
                <w:b w:val="0"/>
                <w:i w:val="0"/>
                <w:sz w:val="20"/>
              </w:rPr>
              <w:t>13%</w:t>
            </w:r>
          </w:p>
        </w:tc>
      </w:tr>
      <w:tr>
        <w:tc>
          <w:tcPr>
            <w:tcW w:type="dxa" w:w="6236"/>
          </w:tcPr>
          <w:p>
            <w:r/>
            <w:r>
              <w:rPr>
                <w:b w:val="0"/>
                <w:i w:val="0"/>
                <w:sz w:val="20"/>
              </w:rPr>
              <w:t>Merce che Benza non tratta</w:t>
            </w:r>
          </w:p>
        </w:tc>
        <w:tc>
          <w:tcPr>
            <w:tcW w:type="dxa" w:w="1247"/>
          </w:tcPr>
          <w:p>
            <w:r/>
            <w:r>
              <w:rPr>
                <w:b w:val="0"/>
                <w:i w:val="0"/>
                <w:sz w:val="20"/>
              </w:rPr>
              <w:t>1</w:t>
            </w:r>
          </w:p>
        </w:tc>
        <w:tc>
          <w:tcPr>
            <w:tcW w:type="dxa" w:w="1247"/>
          </w:tcPr>
          <w:p>
            <w:r/>
            <w:r>
              <w:rPr>
                <w:b w:val="0"/>
                <w:i w:val="0"/>
                <w:sz w:val="20"/>
              </w:rPr>
              <w:t>2%</w:t>
            </w:r>
          </w:p>
        </w:tc>
      </w:tr>
      <w:tr>
        <w:tc>
          <w:tcPr>
            <w:tcW w:type="dxa" w:w="6236"/>
          </w:tcPr>
          <w:p>
            <w:r/>
            <w:r>
              <w:rPr>
                <w:b w:val="0"/>
                <w:i w:val="0"/>
                <w:sz w:val="20"/>
              </w:rPr>
              <w:t>Post-vendita</w:t>
            </w:r>
          </w:p>
        </w:tc>
        <w:tc>
          <w:tcPr>
            <w:tcW w:type="dxa" w:w="1247"/>
          </w:tcPr>
          <w:p>
            <w:r/>
            <w:r>
              <w:rPr>
                <w:b w:val="0"/>
                <w:i w:val="0"/>
                <w:sz w:val="20"/>
              </w:rPr>
              <w:t>1</w:t>
            </w:r>
          </w:p>
        </w:tc>
        <w:tc>
          <w:tcPr>
            <w:tcW w:type="dxa" w:w="1247"/>
          </w:tcPr>
          <w:p>
            <w:r/>
            <w:r>
              <w:rPr>
                <w:b w:val="0"/>
                <w:i w:val="0"/>
                <w:sz w:val="20"/>
              </w:rPr>
              <w:t>2%</w:t>
            </w:r>
          </w:p>
        </w:tc>
      </w:tr>
      <w:tr>
        <w:tc>
          <w:tcPr>
            <w:tcW w:type="dxa" w:w="6236"/>
          </w:tcPr>
          <w:p>
            <w:r/>
            <w:r>
              <w:rPr>
                <w:b w:val="0"/>
                <w:i w:val="0"/>
                <w:sz w:val="20"/>
              </w:rPr>
              <w:t>Proposte commerciali di fornitori</w:t>
            </w:r>
          </w:p>
        </w:tc>
        <w:tc>
          <w:tcPr>
            <w:tcW w:type="dxa" w:w="1247"/>
          </w:tcPr>
          <w:p>
            <w:r/>
            <w:r>
              <w:rPr>
                <w:b w:val="0"/>
                <w:i w:val="0"/>
                <w:sz w:val="20"/>
              </w:rPr>
              <w:t>3</w:t>
            </w:r>
          </w:p>
        </w:tc>
        <w:tc>
          <w:tcPr>
            <w:tcW w:type="dxa" w:w="1247"/>
          </w:tcPr>
          <w:p>
            <w:r/>
            <w:r>
              <w:rPr>
                <w:b w:val="0"/>
                <w:i w:val="0"/>
                <w:sz w:val="20"/>
              </w:rPr>
              <w:t>6%</w:t>
            </w:r>
          </w:p>
        </w:tc>
      </w:tr>
      <w:tr>
        <w:tc>
          <w:tcPr>
            <w:tcW w:type="dxa" w:w="6236"/>
          </w:tcPr>
          <w:p>
            <w:r/>
            <w:r>
              <w:rPr>
                <w:b w:val="0"/>
                <w:i w:val="0"/>
                <w:sz w:val="20"/>
              </w:rPr>
              <w:t>Scambi di email finiti nel campo del modulo</w:t>
            </w:r>
          </w:p>
        </w:tc>
        <w:tc>
          <w:tcPr>
            <w:tcW w:type="dxa" w:w="1247"/>
          </w:tcPr>
          <w:p>
            <w:r/>
            <w:r>
              <w:rPr>
                <w:b w:val="0"/>
                <w:i w:val="0"/>
                <w:sz w:val="20"/>
              </w:rPr>
              <w:t>8</w:t>
            </w:r>
          </w:p>
        </w:tc>
        <w:tc>
          <w:tcPr>
            <w:tcW w:type="dxa" w:w="1247"/>
          </w:tcPr>
          <w:p>
            <w:r/>
            <w:r>
              <w:rPr>
                <w:b w:val="0"/>
                <w:i w:val="0"/>
                <w:sz w:val="20"/>
              </w:rPr>
              <w:t>15%</w:t>
            </w:r>
          </w:p>
        </w:tc>
      </w:tr>
    </w:tbl>
    <w:p/>
    <w:p>
      <w:r>
        <w:rPr>
          <w:b w:val="0"/>
          <w:i w:val="0"/>
          <w:sz w:val="21"/>
        </w:rPr>
        <w:t xml:space="preserve">Le prime quattro voci, cioè le richieste commerciali vere, sono </w:t>
      </w:r>
      <w:r>
        <w:rPr>
          <w:b/>
          <w:i w:val="0"/>
          <w:sz w:val="21"/>
        </w:rPr>
        <w:t>40 su 53</w:t>
      </w:r>
      <w:r>
        <w:rPr>
          <w:b w:val="0"/>
          <w:i w:val="0"/>
          <w:sz w:val="21"/>
        </w:rPr>
        <w:t>. Il resto è merce fuori catalogo, un solo caso di post-vendita, proposte di fornitori e code di email.</w:t>
      </w:r>
    </w:p>
    <w:p>
      <w:r>
        <w:br w:type="page"/>
      </w:r>
    </w:p>
    <w:p>
      <w:pPr>
        <w:pStyle w:val="Heading1"/>
      </w:pPr>
      <w:r>
        <w:t>I messaggi, gruppo per gruppo</w:t>
      </w:r>
    </w:p>
    <w:p>
      <w:pPr>
        <w:pStyle w:val="Heading2"/>
      </w:pPr>
      <w:r>
        <w:t>Teli su misura: prezzi, misure, consigli (11)</w:t>
      </w:r>
    </w:p>
    <w:p>
      <w:r>
        <w:rPr>
          <w:b w:val="0"/>
          <w:i/>
          <w:color w:val="606A76"/>
          <w:sz w:val="20"/>
        </w:rPr>
        <w:t>Chi scrive ha già in mente il progetto e chiede quale telo serve, in che misura e quanto costa. Spesso allega le misure dello scavo.</w:t>
      </w:r>
    </w:p>
    <w:p>
      <w:pPr>
        <w:spacing w:after="40"/>
      </w:pPr>
      <w:r>
        <w:rPr>
          <w:b/>
          <w:i w:val="0"/>
          <w:color w:val="009EDA"/>
          <w:sz w:val="18"/>
        </w:rPr>
        <w:t>11/02/2026</w:t>
      </w:r>
    </w:p>
    <w:p>
      <w:pPr>
        <w:spacing w:after="200"/>
        <w:ind w:left="283"/>
      </w:pPr>
      <w:r>
        <w:rPr>
          <w:b w:val="0"/>
          <w:i w:val="0"/>
          <w:sz w:val="21"/>
        </w:rPr>
        <w:t>Salve, Vi chiedo info su teli Epdm o Pvc per stagno. Abbiamo intenzione di fare uno stagno, mettere il telo e poi sopra il cemento. Vi chiedo se avete misure 8mx8m circa, spessore dei materiali e prezzi. Grazie mille, Saluti, Alen Carli</w:t>
      </w:r>
    </w:p>
    <w:p>
      <w:pPr>
        <w:spacing w:after="40"/>
      </w:pPr>
      <w:r>
        <w:rPr>
          <w:b/>
          <w:i w:val="0"/>
          <w:color w:val="009EDA"/>
          <w:sz w:val="18"/>
        </w:rPr>
        <w:t>31/05/2024</w:t>
      </w:r>
    </w:p>
    <w:p>
      <w:pPr>
        <w:spacing w:after="200"/>
        <w:ind w:left="283"/>
      </w:pPr>
      <w:r>
        <w:rPr>
          <w:b w:val="0"/>
          <w:i w:val="0"/>
          <w:sz w:val="21"/>
        </w:rPr>
        <w:t>Se non disturbo .,vorrei sapere il prezzi di telo x laghetti in PVC SPESSORE 1 mm dimensioni:- 7mtx10mt oppure 8x10- oppure 8x11mt grazie per informazione ..metodo di pagamento e consegna</w:t>
      </w:r>
    </w:p>
    <w:p>
      <w:pPr>
        <w:spacing w:after="40"/>
      </w:pPr>
      <w:r>
        <w:rPr>
          <w:b/>
          <w:i w:val="0"/>
          <w:color w:val="009EDA"/>
          <w:sz w:val="18"/>
        </w:rPr>
        <w:t>29/02/2024</w:t>
      </w:r>
    </w:p>
    <w:p>
      <w:pPr>
        <w:spacing w:after="200"/>
        <w:ind w:left="283"/>
      </w:pPr>
      <w:r>
        <w:rPr>
          <w:b w:val="0"/>
          <w:i w:val="0"/>
          <w:sz w:val="21"/>
        </w:rPr>
        <w:t>Salve, dovrei prendere un telo pvc 6x5 metri. Volevo sapere se è un pezzo unico o ci sono saldature?</w:t>
      </w:r>
    </w:p>
    <w:p>
      <w:pPr>
        <w:spacing w:after="40"/>
      </w:pPr>
      <w:r>
        <w:rPr>
          <w:b/>
          <w:i w:val="0"/>
          <w:color w:val="009EDA"/>
          <w:sz w:val="18"/>
        </w:rPr>
        <w:t>21/05/2022</w:t>
      </w:r>
    </w:p>
    <w:p>
      <w:pPr>
        <w:spacing w:after="200"/>
        <w:ind w:left="283"/>
      </w:pPr>
      <w:r>
        <w:rPr>
          <w:b w:val="0"/>
          <w:i w:val="0"/>
          <w:sz w:val="21"/>
        </w:rPr>
        <w:t>Buongiorno, sono orientato a realizzare una alternativa alla piscina da farsi in campo aperto con forme naturali e dimensioni approssimative dell'area nuoto 6x8 con profondità variabile da 0,5 mt (spiaggia) a 1,5 mt (nuoto) e mt 2,0 (tuffo). Mi servirebbe un telo o più teli da termosaldare approssimativamente per 100 mq non di colore nero, possibilmente di color sabbia o altro colore. Avete in catalogo qualcosa che fa al caso mio e se si quale migliore offerta mi potreste fare? grazie Giacomo</w:t>
      </w:r>
    </w:p>
    <w:p>
      <w:pPr>
        <w:spacing w:after="40"/>
      </w:pPr>
      <w:r>
        <w:rPr>
          <w:b/>
          <w:i w:val="0"/>
          <w:color w:val="009EDA"/>
          <w:sz w:val="18"/>
        </w:rPr>
        <w:t>19/04/2022</w:t>
      </w:r>
    </w:p>
    <w:p>
      <w:pPr>
        <w:spacing w:after="200"/>
        <w:ind w:left="283"/>
      </w:pPr>
      <w:r>
        <w:rPr>
          <w:b w:val="0"/>
          <w:i w:val="0"/>
          <w:sz w:val="21"/>
        </w:rPr>
        <w:t>buongiorno Mi serviva del tessuto non tessuto e del telo epdm firestone , per realizzare un biolago , le dimensioni del telo sono : lunghezza 25 metri , larghezza 13 metri Volevo saper se ci sono disponibili e quanto verrebbero a costare Abito in provincia di Rovigo Cordiali Saluti Stefano Cestaro</w:t>
      </w:r>
    </w:p>
    <w:p>
      <w:pPr>
        <w:spacing w:after="40"/>
      </w:pPr>
      <w:r>
        <w:rPr>
          <w:b/>
          <w:i w:val="0"/>
          <w:color w:val="009EDA"/>
          <w:sz w:val="18"/>
        </w:rPr>
        <w:t>15/04/2022</w:t>
      </w:r>
    </w:p>
    <w:p>
      <w:pPr>
        <w:spacing w:after="200"/>
        <w:ind w:left="283"/>
      </w:pPr>
      <w:r>
        <w:rPr>
          <w:b w:val="0"/>
          <w:i w:val="0"/>
          <w:sz w:val="21"/>
        </w:rPr>
        <w:t>buonasera, vorrei realizzare un laghetto per oche. che tipo di telo consiglliate? grazie.</w:t>
      </w:r>
    </w:p>
    <w:p>
      <w:pPr>
        <w:spacing w:after="40"/>
      </w:pPr>
      <w:r>
        <w:rPr>
          <w:b/>
          <w:i w:val="0"/>
          <w:color w:val="009EDA"/>
          <w:sz w:val="18"/>
        </w:rPr>
        <w:t>28/03/2022</w:t>
      </w:r>
    </w:p>
    <w:p>
      <w:pPr>
        <w:spacing w:after="200"/>
        <w:ind w:left="283"/>
      </w:pPr>
      <w:r>
        <w:rPr>
          <w:b w:val="0"/>
          <w:i w:val="0"/>
          <w:sz w:val="21"/>
        </w:rPr>
        <w:t>Buon giorno, mi occorre un telo (pensavo in epdm) per un nuovo laghetto, del quale ho appena realizzato lo scavo. Misurato con il metro a cordella (seguendo quindi tutta la pendenza del terreno, e stando...abbondante...), considerando anche un bordo di oltre 60 cm per lato, la misura sarebbe 8,5 x 7 mt. Quale telo mi consigliereste? Grazie. Andrea</w:t>
      </w:r>
    </w:p>
    <w:p>
      <w:pPr>
        <w:spacing w:after="40"/>
      </w:pPr>
      <w:r>
        <w:rPr>
          <w:b/>
          <w:i w:val="0"/>
          <w:color w:val="009EDA"/>
          <w:sz w:val="18"/>
        </w:rPr>
        <w:t>11/03/2022</w:t>
      </w:r>
    </w:p>
    <w:p>
      <w:pPr>
        <w:spacing w:after="200"/>
        <w:ind w:left="283"/>
      </w:pPr>
      <w:r>
        <w:rPr>
          <w:b w:val="0"/>
          <w:i w:val="0"/>
          <w:sz w:val="21"/>
        </w:rPr>
        <w:t>buongiorno, vi chiedo una cortese offerta per telo laghetto dimensioni 15,25x 25 circa (iva esclusa) - grazie L. Bariani</w:t>
      </w:r>
    </w:p>
    <w:p>
      <w:pPr>
        <w:spacing w:after="40"/>
      </w:pPr>
      <w:r>
        <w:rPr>
          <w:b/>
          <w:i w:val="0"/>
          <w:color w:val="009EDA"/>
          <w:sz w:val="18"/>
        </w:rPr>
        <w:t>30/01/2022</w:t>
      </w:r>
    </w:p>
    <w:p>
      <w:pPr>
        <w:spacing w:after="200"/>
        <w:ind w:left="283"/>
      </w:pPr>
      <w:r>
        <w:rPr>
          <w:b w:val="0"/>
          <w:i w:val="0"/>
          <w:sz w:val="21"/>
        </w:rPr>
        <w:t>Buongiorno mi servirebbe un preventivo per un telo in epdm per il laghetto che sto realizzando le invio le misure</w:t>
      </w:r>
    </w:p>
    <w:p>
      <w:pPr>
        <w:spacing w:after="40"/>
      </w:pPr>
      <w:r>
        <w:rPr>
          <w:b/>
          <w:i w:val="0"/>
          <w:color w:val="009EDA"/>
          <w:sz w:val="18"/>
        </w:rPr>
        <w:t>12/01/2022</w:t>
      </w:r>
    </w:p>
    <w:p>
      <w:pPr>
        <w:spacing w:after="200"/>
        <w:ind w:left="283"/>
      </w:pPr>
      <w:r>
        <w:rPr>
          <w:b w:val="0"/>
          <w:i w:val="0"/>
          <w:sz w:val="21"/>
        </w:rPr>
        <w:t>Buongiorno, vorrei sapere se per caso, come rimanenza di una vs lavorazione ecc. avete un telo per un laghetto da giardino, epdm o pvc delle dimensioni 5 x 4 (o poco più) da potermi fornire a prezzo particolare. In attesa di un vs riscontro, saluto cordialmente. Luigi Formiconi - [telefono] - [email]</w:t>
      </w:r>
    </w:p>
    <w:p>
      <w:pPr>
        <w:spacing w:after="40"/>
      </w:pPr>
      <w:r>
        <w:rPr>
          <w:b/>
          <w:i w:val="0"/>
          <w:color w:val="009EDA"/>
          <w:sz w:val="18"/>
        </w:rPr>
        <w:t>22/12/2021</w:t>
      </w:r>
    </w:p>
    <w:p>
      <w:pPr>
        <w:spacing w:after="200"/>
        <w:ind w:left="283"/>
      </w:pPr>
      <w:r>
        <w:rPr>
          <w:b w:val="0"/>
          <w:i w:val="0"/>
          <w:sz w:val="21"/>
        </w:rPr>
        <w:t>Desideravo avere preventivo di un telo per laghetto artificiale 15 metri lunghezza larghezza 10. Profondità 2 metri punto più alto a degradare 45 gradi circa salutie grazie di un vostro riscontro</w:t>
      </w:r>
    </w:p>
    <w:p>
      <w:pPr>
        <w:pStyle w:val="Heading2"/>
      </w:pPr>
      <w:r>
        <w:t>Impermeabilizzare qualcosa che esiste già (11)</w:t>
      </w:r>
    </w:p>
    <w:p>
      <w:r>
        <w:rPr>
          <w:b w:val="0"/>
          <w:i/>
          <w:color w:val="606A76"/>
          <w:sz w:val="20"/>
        </w:rPr>
        <w:t>Vasche in cemento che perdono, cisterne fessurate, vecchie piscine, botti, invasi. Qui la domanda non è il prezzo ma «si può fare?».</w:t>
      </w:r>
    </w:p>
    <w:p>
      <w:pPr>
        <w:spacing w:after="40"/>
      </w:pPr>
      <w:r>
        <w:rPr>
          <w:b/>
          <w:i w:val="0"/>
          <w:color w:val="009EDA"/>
          <w:sz w:val="18"/>
        </w:rPr>
        <w:t>26/10/2023</w:t>
      </w:r>
    </w:p>
    <w:p>
      <w:pPr>
        <w:spacing w:after="200"/>
        <w:ind w:left="283"/>
      </w:pPr>
      <w:r>
        <w:rPr>
          <w:b w:val="0"/>
          <w:i w:val="0"/>
          <w:sz w:val="21"/>
        </w:rPr>
        <w:t>Buongiorno ho una vasca in giardino piastrellata (Dimensioni 4x4x0,8m ). Al centro si trova una fontana e in un angolo ad altezza 50cm c’è un foro di scarico. È possibile apllicare un telo ? Grazie saluti Andrea Pelizzola</w:t>
      </w:r>
    </w:p>
    <w:p>
      <w:pPr>
        <w:spacing w:after="40"/>
      </w:pPr>
      <w:r>
        <w:rPr>
          <w:b/>
          <w:i w:val="0"/>
          <w:color w:val="009EDA"/>
          <w:sz w:val="18"/>
        </w:rPr>
        <w:t>26/06/2023</w:t>
      </w:r>
    </w:p>
    <w:p>
      <w:pPr>
        <w:spacing w:after="200"/>
        <w:ind w:left="283"/>
      </w:pPr>
      <w:r>
        <w:rPr>
          <w:b w:val="0"/>
          <w:i w:val="0"/>
          <w:sz w:val="21"/>
        </w:rPr>
        <w:t>Salve. Ho una vecchia botte che sto rivestendo per renderla una spa da esterno. L'ho rivestita internamente con vetroresina e poi con gelcoat impermeabile azzurro impermeabile specifico per piscine. Tuttavia continua a perdere. Volevo farla rivestire con un telo per risolvere una volta per tutte il problema. Le misure interne sono diametro 1,35 m e altezza di 1 m con uno spessore di circa 4/5 cm. È fattibile crearla da voi e poi spedirla a Bologna dove il la inserirei semplice dentro fissandola sul bordo. Inoltre avreste anche delle bocchette con flange da usare forando il telo e la vasca all'altezza dello scarico e dell'uscita dell'acqua filtrata. Allego foto</w:t>
      </w:r>
    </w:p>
    <w:p>
      <w:pPr>
        <w:spacing w:after="40"/>
      </w:pPr>
      <w:r>
        <w:rPr>
          <w:b/>
          <w:i w:val="0"/>
          <w:color w:val="009EDA"/>
          <w:sz w:val="18"/>
        </w:rPr>
        <w:t>27/09/2022</w:t>
      </w:r>
    </w:p>
    <w:p>
      <w:pPr>
        <w:spacing w:after="200"/>
        <w:ind w:left="283"/>
      </w:pPr>
      <w:r>
        <w:rPr>
          <w:b w:val="0"/>
          <w:i w:val="0"/>
          <w:sz w:val="21"/>
        </w:rPr>
        <w:t>Buona sera sto trasformando una piscina esistente con annessa spiaggetta che tipo di resina usare su substrato di cemento? In attesa di un vostro riscontro porgo cordiali saluti.</w:t>
      </w:r>
    </w:p>
    <w:p>
      <w:pPr>
        <w:spacing w:after="40"/>
      </w:pPr>
      <w:r>
        <w:rPr>
          <w:b/>
          <w:i w:val="0"/>
          <w:color w:val="009EDA"/>
          <w:sz w:val="18"/>
        </w:rPr>
        <w:t>09/06/2022</w:t>
      </w:r>
    </w:p>
    <w:p>
      <w:pPr>
        <w:spacing w:after="200"/>
        <w:ind w:left="283"/>
      </w:pPr>
      <w:r>
        <w:rPr>
          <w:b w:val="0"/>
          <w:i w:val="0"/>
          <w:sz w:val="21"/>
        </w:rPr>
        <w:t>Dovrei eliminare perdite di una vasca raccolta acque piovane in calcestruzzoi prefabbricato dimensioni 3*1*2 mt circa. Località Sassofortino Comune di Roccastrada (GR) Quanto costa il rivestimento e quale attività è richiesta per il vostro intervento. grazie</w:t>
      </w:r>
    </w:p>
    <w:p>
      <w:pPr>
        <w:spacing w:after="40"/>
      </w:pPr>
      <w:r>
        <w:rPr>
          <w:b/>
          <w:i w:val="0"/>
          <w:color w:val="009EDA"/>
          <w:sz w:val="18"/>
        </w:rPr>
        <w:t>02/05/2022</w:t>
      </w:r>
    </w:p>
    <w:p>
      <w:pPr>
        <w:spacing w:after="200"/>
        <w:ind w:left="283"/>
      </w:pPr>
      <w:r>
        <w:rPr>
          <w:b w:val="0"/>
          <w:i w:val="0"/>
          <w:sz w:val="21"/>
        </w:rPr>
        <w:t>Buongiorno Ho bisogno di un telo per rendere impermeabile un bacino di raccolta dell'acqua piovana. Il bacino ha una forma sub circolare con un diametro di 5.80 metri e l'altro di 6.50, e una profondità di circa 1.40 metri. L'acqua entra nel bacino con un tubo di pvc del diametro di 120 mm. Ci sarà inoltre un tubo di troppopieno del diametro di 90 mm posto a circa 40 centimetri sotto il livello dell'argine. Il bacino si trova a Collinello nel comune di Bertinoro (FC) Sono a richiedere quale tipo di telo può essere adatto per questo tipo di bacino e un preventivo di spesa per il telo. Chiedo se è possibile prevedere anche gli attacchi per i tubi di entrata e uscita. Grazie in anticipo</w:t>
      </w:r>
    </w:p>
    <w:p>
      <w:pPr>
        <w:spacing w:after="40"/>
      </w:pPr>
      <w:r>
        <w:rPr>
          <w:b/>
          <w:i w:val="0"/>
          <w:color w:val="009EDA"/>
          <w:sz w:val="18"/>
        </w:rPr>
        <w:t>16/03/2022</w:t>
      </w:r>
    </w:p>
    <w:p>
      <w:pPr>
        <w:spacing w:after="200"/>
        <w:ind w:left="283"/>
      </w:pPr>
      <w:r>
        <w:rPr>
          <w:b w:val="0"/>
          <w:i w:val="0"/>
          <w:sz w:val="21"/>
        </w:rPr>
        <w:t>Buon giorno, abbiamo la necessità di impermeabilizzare una vasca di cls, ormai usurata. Il trattamento deve essere di alta qualità, poiché la stessa è soggetta a verifiche periodiche di tenuta. Le dimensioni della vasca sono : 1390 cm x 930 cm x 320 cm (h) Portata massima di circa 400 mc Necessitiamo conoscere: costo dell'intervento; durata dell'intervento tempo necessario per intervenire Grazie mille</w:t>
      </w:r>
    </w:p>
    <w:p>
      <w:pPr>
        <w:spacing w:after="40"/>
      </w:pPr>
      <w:r>
        <w:rPr>
          <w:b/>
          <w:i w:val="0"/>
          <w:color w:val="009EDA"/>
          <w:sz w:val="18"/>
        </w:rPr>
        <w:t>08/02/2022</w:t>
      </w:r>
    </w:p>
    <w:p>
      <w:pPr>
        <w:spacing w:after="200"/>
        <w:ind w:left="283"/>
      </w:pPr>
      <w:r>
        <w:rPr>
          <w:b w:val="0"/>
          <w:i w:val="0"/>
          <w:sz w:val="21"/>
        </w:rPr>
        <w:t>Vecchia cisterna in cemento sottomessa al pavimento di casa di campagna che ha fessurazioni molto difficilmente sanabili con opere di muratura. Destinata all'approvvigionamento idrico (Ustica è una isola con dissalatore) per i fabbisogni di casa (acqua potabile) e di giardino. Dimensioni: 500x460x280h ma con galleggiante posto a 160 (oltre sarebbe eccessivo). Accesso mediante bocca d'uomo di 58x42 non modificabile. Invece che installare serbatoi esterni di rilevante capienza, sono molto interessato alla possibilità di recuperare la esistente cisterna (che ha funzionato sin quando non ci siamo resi conto della dispersione) mediante impermeabilizzazione. Vi chiedo consiglio avendo visitato il Vostro interessante sito e le sorprendenti soluzioni proposte. Grazie.</w:t>
      </w:r>
    </w:p>
    <w:p>
      <w:pPr>
        <w:spacing w:after="40"/>
      </w:pPr>
      <w:r>
        <w:rPr>
          <w:b/>
          <w:i w:val="0"/>
          <w:color w:val="009EDA"/>
          <w:sz w:val="18"/>
        </w:rPr>
        <w:t>05/02/2022</w:t>
      </w:r>
    </w:p>
    <w:p>
      <w:pPr>
        <w:spacing w:after="200"/>
        <w:ind w:left="283"/>
      </w:pPr>
      <w:r>
        <w:rPr>
          <w:b w:val="0"/>
          <w:i w:val="0"/>
          <w:sz w:val="21"/>
        </w:rPr>
        <w:t>Sono il geom. Ciampolini, devo impermeabilizzare un lago di 25x10 p.4metri con accesso da strada vicinale.la proprietà mi chiede un preventivo compreso di posa in opera.inoltre vorrei sapere tempi di consegna ed eventuali opere accessorie e manodopera per la stesura. Cordiali saluti</w:t>
      </w:r>
    </w:p>
    <w:p>
      <w:pPr>
        <w:spacing w:after="40"/>
      </w:pPr>
      <w:r>
        <w:rPr>
          <w:b/>
          <w:i w:val="0"/>
          <w:color w:val="009EDA"/>
          <w:sz w:val="18"/>
        </w:rPr>
        <w:t>28/01/2022</w:t>
      </w:r>
    </w:p>
    <w:p>
      <w:pPr>
        <w:spacing w:after="200"/>
        <w:ind w:left="283"/>
      </w:pPr>
      <w:r>
        <w:rPr>
          <w:b w:val="0"/>
          <w:i w:val="0"/>
          <w:sz w:val="21"/>
        </w:rPr>
        <w:t>nel mio giardina (ad Albisola) vi è un piccolo laghetto per pesci rossi, della grandezza di circa 1,5 mq (vedi foto) avrei bisogno di una impermeabilizzazione resistente e duratura rientra nelle vostre competenze? vi ringrazio e attendo un vostro riscontro</w:t>
      </w:r>
    </w:p>
    <w:p>
      <w:pPr>
        <w:spacing w:after="40"/>
      </w:pPr>
      <w:r>
        <w:rPr>
          <w:b/>
          <w:i w:val="0"/>
          <w:color w:val="009EDA"/>
          <w:sz w:val="18"/>
        </w:rPr>
        <w:t>26/01/2022</w:t>
      </w:r>
    </w:p>
    <w:p>
      <w:pPr>
        <w:spacing w:after="200"/>
        <w:ind w:left="283"/>
      </w:pPr>
      <w:r>
        <w:rPr>
          <w:b w:val="0"/>
          <w:i w:val="0"/>
          <w:sz w:val="21"/>
        </w:rPr>
        <w:t>Devo impermeabilizzare un invaso di circa 1500mq...sono a richiedere se fate anche la posa. Grazie</w:t>
      </w:r>
    </w:p>
    <w:p>
      <w:pPr>
        <w:spacing w:after="40"/>
      </w:pPr>
      <w:r>
        <w:rPr>
          <w:b/>
          <w:i w:val="0"/>
          <w:color w:val="009EDA"/>
          <w:sz w:val="18"/>
        </w:rPr>
        <w:t>17/01/2022</w:t>
      </w:r>
    </w:p>
    <w:p>
      <w:pPr>
        <w:spacing w:after="200"/>
        <w:ind w:left="283"/>
      </w:pPr>
      <w:r>
        <w:rPr>
          <w:b w:val="0"/>
          <w:i w:val="0"/>
          <w:sz w:val="21"/>
        </w:rPr>
        <w:t>Buonasera; dovremmo realizzare un laghetto artificiale di dimensioni 25m*7m*H 0.7-1m (da verificare a scavo effettuato); avremmo bisogno di un consulto sull'impermeabilizzazione dello stesso e sulla protezione del telo; quale materiale ritenete piu' opportuno (richiediamo il materiale con massima resistenza nel tempo) e quali accorgimenti dovremo adottare per l'impermeabilizzazione adeguata del laghetto? Quali materiali ci proponete? Il terreno sottostante è un terreno di fondovalle con una tessitura grossolana ricca di ciotoli di fiume. Grazie cordialmente Ing. Arlotto Ivo David</w:t>
      </w:r>
    </w:p>
    <w:p>
      <w:pPr>
        <w:pStyle w:val="Heading2"/>
      </w:pPr>
      <w:r>
        <w:t>Realizzare laghi, biolaghi e biopiscine (11)</w:t>
      </w:r>
    </w:p>
    <w:p>
      <w:r>
        <w:rPr>
          <w:b w:val="0"/>
          <w:i/>
          <w:color w:val="606A76"/>
          <w:sz w:val="20"/>
        </w:rPr>
        <w:t>Progetti nuovi, spesso chiesti chiavi in mano, con posa in opera e a volte assistenza progettuale o pratiche comunali.</w:t>
      </w:r>
    </w:p>
    <w:p>
      <w:pPr>
        <w:spacing w:after="40"/>
      </w:pPr>
      <w:r>
        <w:rPr>
          <w:b/>
          <w:i w:val="0"/>
          <w:color w:val="009EDA"/>
          <w:sz w:val="18"/>
        </w:rPr>
        <w:t>14/06/2024</w:t>
      </w:r>
    </w:p>
    <w:p>
      <w:pPr>
        <w:spacing w:after="200"/>
        <w:ind w:left="283"/>
      </w:pPr>
      <w:r>
        <w:rPr>
          <w:b w:val="0"/>
          <w:i w:val="0"/>
          <w:sz w:val="21"/>
        </w:rPr>
        <w:t>Volevo sapere se per fare un laghetto in un parco pubblico potete fare preventivo compresa la manodopera. In caso positivo le dimensioni sarebbero di 10 ml x 8ml per una profondità intorno ai 60-70 cm interrato con margini ricoparti da ciotoli bianchi e comprensivo di pompae relativo filtraggio, Si chiede di inviare al seguente indirizzo. [email] Grazie</w:t>
      </w:r>
    </w:p>
    <w:p>
      <w:pPr>
        <w:spacing w:after="40"/>
      </w:pPr>
      <w:r>
        <w:rPr>
          <w:b/>
          <w:i w:val="0"/>
          <w:color w:val="009EDA"/>
          <w:sz w:val="18"/>
        </w:rPr>
        <w:t>11/09/2022</w:t>
      </w:r>
    </w:p>
    <w:p>
      <w:pPr>
        <w:spacing w:after="200"/>
        <w:ind w:left="283"/>
      </w:pPr>
      <w:r>
        <w:rPr>
          <w:b w:val="0"/>
          <w:i w:val="0"/>
          <w:sz w:val="21"/>
        </w:rPr>
        <w:t>Dovrei fare un piccolo laghetto e di 4 metri di larghezza per 3 metri per un profondito di un metro</w:t>
      </w:r>
    </w:p>
    <w:p>
      <w:pPr>
        <w:spacing w:after="40"/>
      </w:pPr>
      <w:r>
        <w:rPr>
          <w:b/>
          <w:i w:val="0"/>
          <w:color w:val="009EDA"/>
          <w:sz w:val="18"/>
        </w:rPr>
        <w:t>28/08/2022</w:t>
      </w:r>
    </w:p>
    <w:p>
      <w:pPr>
        <w:spacing w:after="200"/>
        <w:ind w:left="283"/>
      </w:pPr>
      <w:r>
        <w:rPr>
          <w:b w:val="0"/>
          <w:i w:val="0"/>
          <w:sz w:val="21"/>
        </w:rPr>
        <w:t>Piscine Bio-Design e Termapond Buongiorno ho uno spazio di circa 8/10 metri X 5 metri, cosa potrebbe costare chiavi in mano una Piscine Bio-Design/Termapond profonda 1/1,2 metri? Grazie mille</w:t>
      </w:r>
    </w:p>
    <w:p>
      <w:pPr>
        <w:spacing w:after="40"/>
      </w:pPr>
      <w:r>
        <w:rPr>
          <w:b/>
          <w:i w:val="0"/>
          <w:color w:val="009EDA"/>
          <w:sz w:val="18"/>
        </w:rPr>
        <w:t>12/06/2022</w:t>
      </w:r>
    </w:p>
    <w:p>
      <w:pPr>
        <w:spacing w:after="200"/>
        <w:ind w:left="283"/>
      </w:pPr>
      <w:r>
        <w:rPr>
          <w:b w:val="0"/>
          <w:i w:val="0"/>
          <w:sz w:val="21"/>
        </w:rPr>
        <w:t>Sarei interessato ad un preventivo per una piscina bio 10x6 spiaggia frontale, area bambini</w:t>
      </w:r>
    </w:p>
    <w:p>
      <w:pPr>
        <w:spacing w:after="40"/>
      </w:pPr>
      <w:r>
        <w:rPr>
          <w:b/>
          <w:i w:val="0"/>
          <w:color w:val="009EDA"/>
          <w:sz w:val="18"/>
        </w:rPr>
        <w:t>05/05/2022</w:t>
      </w:r>
    </w:p>
    <w:p>
      <w:pPr>
        <w:spacing w:after="200"/>
        <w:ind w:left="283"/>
      </w:pPr>
      <w:r>
        <w:rPr>
          <w:b w:val="0"/>
          <w:i w:val="0"/>
          <w:sz w:val="21"/>
        </w:rPr>
        <w:t>Buongiorno, Ho bisogno di un vostro preventivo per fornitura e installazione di un biolago annesso ad una residenza estiva e balneabile di dimensioni circa 4 x 5 mt. Attendo un vostro riscontro. Grazie Arch. Maria Cristina Sorvillo</w:t>
      </w:r>
    </w:p>
    <w:p>
      <w:pPr>
        <w:spacing w:after="40"/>
      </w:pPr>
      <w:r>
        <w:rPr>
          <w:b/>
          <w:i w:val="0"/>
          <w:color w:val="009EDA"/>
          <w:sz w:val="18"/>
        </w:rPr>
        <w:t>14/04/2022</w:t>
      </w:r>
    </w:p>
    <w:p>
      <w:pPr>
        <w:spacing w:after="200"/>
        <w:ind w:left="283"/>
      </w:pPr>
      <w:r>
        <w:rPr>
          <w:b w:val="0"/>
          <w:i w:val="0"/>
          <w:sz w:val="21"/>
        </w:rPr>
        <w:t>Buongiorno. Dopo aver fatto lo scavo per il biolago, ci siamo resi conto che è presente della roccia arenaria in parete. Al fine di aver la certezza che il telo sia fermo dopo la stesura, vi chiediamo se potere effettuare un controllo preventivo per darci la certezza che sia in sicurezza. Grazie. Lo staff del B&amp;B Il giardino di mai</w:t>
      </w:r>
    </w:p>
    <w:p>
      <w:pPr>
        <w:spacing w:after="40"/>
      </w:pPr>
      <w:r>
        <w:rPr>
          <w:b/>
          <w:i w:val="0"/>
          <w:color w:val="009EDA"/>
          <w:sz w:val="18"/>
        </w:rPr>
        <w:t>14/03/2022</w:t>
      </w:r>
    </w:p>
    <w:p>
      <w:pPr>
        <w:spacing w:after="200"/>
        <w:ind w:left="283"/>
      </w:pPr>
      <w:r>
        <w:rPr>
          <w:b w:val="0"/>
          <w:i w:val="0"/>
          <w:sz w:val="21"/>
        </w:rPr>
        <w:t>Realizzazione stagno/laghetto in giardino</w:t>
      </w:r>
    </w:p>
    <w:p>
      <w:pPr>
        <w:spacing w:after="40"/>
      </w:pPr>
      <w:r>
        <w:rPr>
          <w:b/>
          <w:i w:val="0"/>
          <w:color w:val="009EDA"/>
          <w:sz w:val="18"/>
        </w:rPr>
        <w:t>05/03/2022</w:t>
      </w:r>
    </w:p>
    <w:p>
      <w:pPr>
        <w:spacing w:after="200"/>
        <w:ind w:left="283"/>
      </w:pPr>
      <w:r>
        <w:rPr>
          <w:b w:val="0"/>
          <w:i w:val="0"/>
          <w:sz w:val="21"/>
        </w:rPr>
        <w:t>Buonasera, noi abbiamo un "laghetto biologico" che vorremmo trasformare in biopiscina.</w:t>
      </w:r>
    </w:p>
    <w:p>
      <w:pPr>
        <w:spacing w:after="40"/>
      </w:pPr>
      <w:r>
        <w:rPr>
          <w:b/>
          <w:i w:val="0"/>
          <w:color w:val="009EDA"/>
          <w:sz w:val="18"/>
        </w:rPr>
        <w:t>09/02/2022</w:t>
      </w:r>
    </w:p>
    <w:p>
      <w:pPr>
        <w:spacing w:after="200"/>
        <w:ind w:left="283"/>
      </w:pPr>
      <w:r>
        <w:rPr>
          <w:b w:val="0"/>
          <w:i w:val="0"/>
          <w:sz w:val="21"/>
        </w:rPr>
        <w:t>Recupero acqua tetto serre da 1200mq in laghetto da usare per irrigazione, allevamento pesce, nuotare</w:t>
      </w:r>
    </w:p>
    <w:p>
      <w:pPr>
        <w:spacing w:after="40"/>
      </w:pPr>
      <w:r>
        <w:rPr>
          <w:b/>
          <w:i w:val="0"/>
          <w:color w:val="009EDA"/>
          <w:sz w:val="18"/>
        </w:rPr>
        <w:t>03/02/2022</w:t>
      </w:r>
    </w:p>
    <w:p>
      <w:pPr>
        <w:spacing w:after="200"/>
        <w:ind w:left="283"/>
      </w:pPr>
      <w:r>
        <w:rPr>
          <w:b w:val="0"/>
          <w:i w:val="0"/>
          <w:sz w:val="21"/>
        </w:rPr>
        <w:t>Parli inglese, per favore? Voglio una biopiscina. Devo richiedere al mio comune un permesso per costruire una piscina Biopiscina? (senza cemento utilizzato) La mia casa è in Lombardia. Voglio il costo appropriato per una piscina di 12 x 5 metri. grazie</w:t>
      </w:r>
    </w:p>
    <w:p>
      <w:pPr>
        <w:spacing w:after="40"/>
      </w:pPr>
      <w:r>
        <w:rPr>
          <w:b/>
          <w:i w:val="0"/>
          <w:color w:val="009EDA"/>
          <w:sz w:val="18"/>
        </w:rPr>
        <w:t>19/12/2021</w:t>
      </w:r>
    </w:p>
    <w:p>
      <w:pPr>
        <w:spacing w:after="200"/>
        <w:ind w:left="283"/>
      </w:pPr>
      <w:r>
        <w:rPr>
          <w:b w:val="0"/>
          <w:i w:val="0"/>
          <w:sz w:val="21"/>
        </w:rPr>
        <w:t>Buongiorno cerchiamo assistenza progettuale amministrativa e tecnica per la realizzazione di una piscina nel giardino a Rapallo, abbiamo un prato di 8 metri per 16 massimo. Vorremmo realizzare una piscina bio design, potete aiutarci? Grazie, cordiali saluti Maria Grazia Gispi</w:t>
      </w:r>
    </w:p>
    <w:p>
      <w:pPr>
        <w:pStyle w:val="Heading2"/>
      </w:pPr>
      <w:r>
        <w:t>Vasche e serbatoi per industria e agricoltura (7)</w:t>
      </w:r>
    </w:p>
    <w:p>
      <w:r>
        <w:rPr>
          <w:b w:val="0"/>
          <w:i/>
          <w:color w:val="606A76"/>
          <w:sz w:val="20"/>
        </w:rPr>
        <w:t>Richieste tecniche da aziende, studi di ingegneria e tecnici agricoli: volumi in litri, tempi di consegna, schede tecniche.</w:t>
      </w:r>
    </w:p>
    <w:p>
      <w:pPr>
        <w:spacing w:after="40"/>
      </w:pPr>
      <w:r>
        <w:rPr>
          <w:b/>
          <w:i w:val="0"/>
          <w:color w:val="009EDA"/>
          <w:sz w:val="18"/>
        </w:rPr>
        <w:t>29/07/2022</w:t>
      </w:r>
    </w:p>
    <w:p>
      <w:pPr>
        <w:spacing w:after="200"/>
        <w:ind w:left="283"/>
      </w:pPr>
      <w:r>
        <w:rPr>
          <w:b w:val="0"/>
          <w:i w:val="0"/>
          <w:sz w:val="21"/>
        </w:rPr>
        <w:t>Avrei bisogno di un preventivo per una vasca per liquami in pvc per 1000 maiali</w:t>
      </w:r>
    </w:p>
    <w:p>
      <w:pPr>
        <w:spacing w:after="40"/>
      </w:pPr>
      <w:r>
        <w:rPr>
          <w:b/>
          <w:i w:val="0"/>
          <w:color w:val="009EDA"/>
          <w:sz w:val="18"/>
        </w:rPr>
        <w:t>22/04/2022</w:t>
      </w:r>
    </w:p>
    <w:p>
      <w:pPr>
        <w:spacing w:after="200"/>
        <w:ind w:left="283"/>
      </w:pPr>
      <w:r>
        <w:rPr>
          <w:b w:val="0"/>
          <w:i w:val="0"/>
          <w:sz w:val="21"/>
        </w:rPr>
        <w:t>Buongiorno, Daniela Carissimi, ufficio acquisti di Matec Srl, www.matecindustries.com Con la presente sono a richiedere preventivo per vasche prefabbricate in acciaio, per i seguenti volumi: - 40.000 lt - 50.000 lt - [telefono]lt - [telefono]lt Quali sono i tempi di consegna standard? Insieme all'offerta, si richiede l'invio delle specifiche tecniche delle vasche. Attendo riscontro Grazie, Cordiali saluti DC</w:t>
      </w:r>
    </w:p>
    <w:p>
      <w:pPr>
        <w:spacing w:after="40"/>
      </w:pPr>
      <w:r>
        <w:rPr>
          <w:b/>
          <w:i w:val="0"/>
          <w:color w:val="009EDA"/>
          <w:sz w:val="18"/>
        </w:rPr>
        <w:t>21/04/2022</w:t>
      </w:r>
    </w:p>
    <w:p>
      <w:pPr>
        <w:spacing w:after="200"/>
        <w:ind w:left="283"/>
      </w:pPr>
      <w:r>
        <w:rPr>
          <w:b w:val="0"/>
          <w:i w:val="0"/>
          <w:sz w:val="21"/>
        </w:rPr>
        <w:t>Buon giorno, sono un tecnico che opera in agricoltura in Regione Calabria e con precisione nella Provincia di Crotone (KR), vi scrivo per delle informazioni, ma soprattutto per una vostra efficace collaborazione. In pratica io per un mio cliente devo realizzare un progetto di acquacoltura e avrei bisogno di vostri consigli. Il progetto consiste in: realizzazione di un piccolo bacino naturale di circa 7-10 metri di profondità e dimensioni di circa 1.000 metri quadrati (per allevamento avanotteri) e realizzazione di un bacino naturale con una profondità di circa 7-10 metri delle dimensioni di circa 8.000 metri quadrati. In pratica io avrei bisogno di voi per realizzare i bacini chiavi in mano, ovviamente un vostro preventivo che va dallo scavo fino alla realizzazione della staccionata in legno perimetrale. Da premettere che la finalità del progetto è quello di effettuare la pesca sportiva. In caso gradirei di essere contattato da un vostro tecnico, il mio recapito telefonico è: [telefono]In attesa di una vostra cortese risposta, io vi ringrazio anticipatamente e vi porgo i miei più sinceri saluti. DOTT. AGR. DOMENICO FRONTERA</w:t>
      </w:r>
    </w:p>
    <w:p>
      <w:pPr>
        <w:spacing w:after="40"/>
      </w:pPr>
      <w:r>
        <w:rPr>
          <w:b/>
          <w:i w:val="0"/>
          <w:color w:val="009EDA"/>
          <w:sz w:val="18"/>
        </w:rPr>
        <w:t>01/04/2022</w:t>
      </w:r>
    </w:p>
    <w:p>
      <w:pPr>
        <w:spacing w:after="200"/>
        <w:ind w:left="283"/>
      </w:pPr>
      <w:r>
        <w:rPr>
          <w:b w:val="0"/>
          <w:i w:val="0"/>
          <w:sz w:val="21"/>
        </w:rPr>
        <w:t>la società per cui lavoro sta progettando un impianto a biogas con delle vasche di diametro 30m e altezza tra 8 e 12 m. Normalmente facciamo le vasche in cemento (30 cm) oppure in acciaio saldato. Abbiamo però visto il vostro sito internet e vorremmo avere qualche spiegazione in più sulle possibilità offerte dal vostro sistema. Potete gentilmente inviarci dei documenti che chiariscano le varie fasi di costruzione? Con il vostro sistema è possibile poi mettere l'isolazione (coibentazione) esterna e anche una copertura in lamiera? All'interno per garantire la tenuta viene posta una guaina di rivestimento o una vernice? la struttura è in grado di reggere attrezzature ad essa vincolate all'interno come agitatori, pompe ecc? che vantaggi offre il vostro sistema rispetto ai tradizionali? Immagino sia più veloce la costruzione sul posto e forse sia anche minore il costo? Anticipatamente ringrazio.</w:t>
      </w:r>
    </w:p>
    <w:p>
      <w:pPr>
        <w:spacing w:after="40"/>
      </w:pPr>
      <w:r>
        <w:rPr>
          <w:b/>
          <w:i w:val="0"/>
          <w:color w:val="009EDA"/>
          <w:sz w:val="18"/>
        </w:rPr>
        <w:t>12/02/2022</w:t>
      </w:r>
    </w:p>
    <w:p>
      <w:pPr>
        <w:spacing w:after="200"/>
        <w:ind w:left="283"/>
      </w:pPr>
      <w:r>
        <w:rPr>
          <w:b w:val="0"/>
          <w:i w:val="0"/>
          <w:sz w:val="21"/>
        </w:rPr>
        <w:t>Buonasera, sono l'ing. Floramo D.T. della Società d'Ingegneria S.F.E.A. S.r.l., dovrei procedere, in un progetto che sto redigendo per un comune, alla copertura di diversi serbatoi idrici con struttura in c.a., mediante dei teli. naturalmente resistenti, che impediscano l'inserimento di corpi estranei dentro i serbatoi. I serbatoi sono a struttura rettangolare e sono collocati all'interno di edifici, all'uopo costruiti. Conseguentemente non sono a cielo aperto. In che modo potresti aiutarmi? A me servirebbe un consiglio nella scelta del materiale e, quindi, il prezzo di listino, la voce di capitolato, la scheda tecnica, il tempo di montaggio, eventuali accessori. Grazie</w:t>
      </w:r>
    </w:p>
    <w:p>
      <w:pPr>
        <w:spacing w:after="40"/>
      </w:pPr>
      <w:r>
        <w:rPr>
          <w:b/>
          <w:i w:val="0"/>
          <w:color w:val="009EDA"/>
          <w:sz w:val="18"/>
        </w:rPr>
        <w:t>28/01/2022</w:t>
      </w:r>
    </w:p>
    <w:p>
      <w:pPr>
        <w:spacing w:after="200"/>
        <w:ind w:left="283"/>
      </w:pPr>
      <w:r>
        <w:rPr>
          <w:b w:val="0"/>
          <w:i w:val="0"/>
          <w:sz w:val="21"/>
        </w:rPr>
        <w:t>Buongiorno, necessito preventivo per : Fornitura di vasca di raccolta sversamenti da 1000 lt, di dimensioni mm 2720x1315x420h per il posizionamento di 2 cisterne, in acciaio verniciato . Attendo vs. cordiali saluti RFQ - [telefono]M</w:t>
      </w:r>
    </w:p>
    <w:p>
      <w:pPr>
        <w:spacing w:after="40"/>
      </w:pPr>
      <w:r>
        <w:rPr>
          <w:b/>
          <w:i w:val="0"/>
          <w:color w:val="009EDA"/>
          <w:sz w:val="18"/>
        </w:rPr>
        <w:t>28/12/2021</w:t>
      </w:r>
    </w:p>
    <w:p>
      <w:pPr>
        <w:spacing w:after="200"/>
        <w:ind w:left="283"/>
      </w:pPr>
      <w:r>
        <w:rPr>
          <w:b w:val="0"/>
          <w:i w:val="0"/>
          <w:sz w:val="21"/>
        </w:rPr>
        <w:t>buongiorno, volevo capire se nel listino della vasca da 50mc era compreso il telo e sottotelo. altrimenti per quanto incide?? grazie</w:t>
      </w:r>
    </w:p>
    <w:p>
      <w:pPr>
        <w:pStyle w:val="Heading2"/>
      </w:pPr>
      <w:r>
        <w:t>Merce che Benza non tratta (1)</w:t>
      </w:r>
    </w:p>
    <w:p>
      <w:r>
        <w:rPr>
          <w:b w:val="0"/>
          <w:i/>
          <w:color w:val="606A76"/>
          <w:sz w:val="20"/>
        </w:rPr>
        <w:t>Capita che il sito attiri richieste di prodotti affini ma non in catalogo.</w:t>
      </w:r>
    </w:p>
    <w:p>
      <w:pPr>
        <w:spacing w:after="40"/>
      </w:pPr>
      <w:r>
        <w:rPr>
          <w:b/>
          <w:i w:val="0"/>
          <w:color w:val="009EDA"/>
          <w:sz w:val="18"/>
        </w:rPr>
        <w:t>26/06/2025</w:t>
      </w:r>
    </w:p>
    <w:p>
      <w:pPr>
        <w:spacing w:after="200"/>
        <w:ind w:left="283"/>
      </w:pPr>
      <w:r>
        <w:rPr>
          <w:b w:val="0"/>
          <w:i w:val="0"/>
          <w:sz w:val="21"/>
        </w:rPr>
        <w:t>Buongiorno, vorrei comprare 5 metri cubi di pietra lavica di misura 16-32 per un laghetto balneabile. E una cosa che voi avete in vendita? Ho anche bisogno di piante. Grazie e cordiali saluti, Tom</w:t>
      </w:r>
    </w:p>
    <w:p>
      <w:pPr>
        <w:pStyle w:val="Heading2"/>
      </w:pPr>
      <w:r>
        <w:t>Post-vendita (1)</w:t>
      </w:r>
    </w:p>
    <w:p>
      <w:r>
        <w:rPr>
          <w:b w:val="0"/>
          <w:i/>
          <w:color w:val="606A76"/>
          <w:sz w:val="20"/>
        </w:rPr>
        <w:t>Su 53 messaggi ce n'è uno solo dopo l'acquisto, e riguarda la garanzia.</w:t>
      </w:r>
    </w:p>
    <w:p>
      <w:pPr>
        <w:spacing w:after="40"/>
      </w:pPr>
      <w:r>
        <w:rPr>
          <w:b/>
          <w:i w:val="0"/>
          <w:color w:val="009EDA"/>
          <w:sz w:val="18"/>
        </w:rPr>
        <w:t>08/04/2022</w:t>
      </w:r>
    </w:p>
    <w:p>
      <w:pPr>
        <w:spacing w:after="200"/>
        <w:ind w:left="283"/>
      </w:pPr>
      <w:r>
        <w:rPr>
          <w:b w:val="0"/>
          <w:i w:val="0"/>
          <w:sz w:val="21"/>
        </w:rPr>
        <w:t>Buongiorno,avrei bisogno un informazione,ho preso da voi l'anno scorso un telo in PVC 1mm. Se non ricordo male c'è la garanzia,mi chiedevo come funziona?</w:t>
      </w:r>
    </w:p>
    <w:p>
      <w:pPr>
        <w:pStyle w:val="Heading2"/>
      </w:pPr>
      <w:r>
        <w:t>Proposte commerciali di fornitori (3)</w:t>
      </w:r>
    </w:p>
    <w:p>
      <w:r>
        <w:rPr>
          <w:b w:val="0"/>
          <w:i/>
          <w:color w:val="606A76"/>
          <w:sz w:val="20"/>
        </w:rPr>
        <w:t>Non sono clienti: sono aziende che propongono a Benza i propri prodotti.</w:t>
      </w:r>
    </w:p>
    <w:p>
      <w:pPr>
        <w:spacing w:after="40"/>
      </w:pPr>
      <w:r>
        <w:rPr>
          <w:b/>
          <w:i w:val="0"/>
          <w:color w:val="009EDA"/>
          <w:sz w:val="18"/>
        </w:rPr>
        <w:t>26/02/2025</w:t>
      </w:r>
    </w:p>
    <w:p>
      <w:pPr>
        <w:spacing w:after="200"/>
        <w:ind w:left="283"/>
      </w:pPr>
      <w:r>
        <w:rPr>
          <w:b w:val="0"/>
          <w:i w:val="0"/>
          <w:sz w:val="21"/>
        </w:rPr>
        <w:t>Buongiorno, siamo un' azienda specializzata in soluzioni da giardino. Abbiamo una vasta gamma di prodotti che ritengo possano essere interessanti da inserire nel vostro shop on line. Avrei piacere nel poterne parlare assieme per poter fare alcune valutazioni con voi. DI seguito vi lascio i link ai nostri siti in modo da poter fare una prima valutazione: 1 - https://giardinidacqua.it/ 2 - https://magiedacqua.it/categoria/fontane-da-esterno/ 3 - https://magiedacqua.it/categoria/fontane-zen-in-pietra/ Rimango a disposizione per qualsiasi domanda o chiarimento. In attesa di risentirci auguro buona giornata e buon lavoro, Marco</w:t>
      </w:r>
    </w:p>
    <w:p>
      <w:pPr>
        <w:spacing w:after="40"/>
      </w:pPr>
      <w:r>
        <w:rPr>
          <w:b/>
          <w:i w:val="0"/>
          <w:color w:val="009EDA"/>
          <w:sz w:val="18"/>
        </w:rPr>
        <w:t>01/06/2022</w:t>
      </w:r>
    </w:p>
    <w:p>
      <w:pPr>
        <w:spacing w:after="200"/>
        <w:ind w:left="283"/>
      </w:pPr>
      <w:r>
        <w:rPr>
          <w:b w:val="0"/>
          <w:i w:val="0"/>
          <w:sz w:val="21"/>
        </w:rPr>
        <w:t>Dear Sirs We received your Company info from Website and like to introduce our company as an ISO CERTIFIED manufacturer and exporter of Customized NATURAL BIODEGRADABLE BURLAP BAGS &amp; BURLAP FEBRICKS FROM INDIA . Our Jute Products for described below. 1. NATURAL BURLAP FEBRICKS 5.5 OZ , 6 OZ , 7 OZ , 8.9 OZ, 9 OZ &amp; 10 OZ. AVAILABLE IN 100 YARD TO 1000 YARDS IN ROLLS &amp; BALES . 2. EROSION CONTROL JUTE MESH SOILSAVER NET. 500 GSM. 4' wide 75 YARD / CUT X 8 CUTS. TOTAL 600 YARDS / BALE.. ( 548 m) 3. BURLAP SAND BAGS ROTPROOF &amp; PLAIN QUALITY. 26" X 24 , 33" X 14" and FOOD GRAIN HESSIAN SACKS. 4. JUTE HESSIAN TREE ROOT BALL COVER WRAP CLOTH 5. JUTE NET MAT 5 X 5 MM ( 100 GSM) HESSIAN SCRIM CLOTH IN ROLL &amp; BALE. [telefono]GSM NON-WOVEN REVEGITATION / EROSION CONTROL &amp; WEED CONTROL JUTE FIBER/ MULCH MAT FELT ROLL 1.83m X 25 m Roll. ( 6' X 27') WITH PRE-CUT 6 SLITS / M2 FOR TREE PLANTATIONS. THESE JUTE MATS ARE RE-ENFORCED WITH BURLAP SCRIM CLOTH IN MIDDLE . AVAILABLE IN ANY SIZE. 7. JUTE FELT TREE WEED MAT ROUND &amp; SQUARE SHAPES SIZE 60 cm x 60 cm / 37 cm x 37 cm With pre cut slits. OR AS PER BUYER'S SPECIFICATIONS. If you are interested in any of our Jute products please feel free to contact us for best FOB or CIF QUOTATION. Now we look forward to hearing from you soon. With Best Regards Samir Dutta GM.JUTE EXPORTS CO 6A.Dr.Rajendra Prasad Sarani Kolkata [telefono]West Bengal India Mobile WhatsApp +[telefono]Email [email]</w:t>
      </w:r>
    </w:p>
    <w:p>
      <w:pPr>
        <w:spacing w:after="40"/>
      </w:pPr>
      <w:r>
        <w:rPr>
          <w:b/>
          <w:i w:val="0"/>
          <w:color w:val="009EDA"/>
          <w:sz w:val="18"/>
        </w:rPr>
        <w:t>18/02/2022</w:t>
      </w:r>
    </w:p>
    <w:p>
      <w:pPr>
        <w:spacing w:after="200"/>
        <w:ind w:left="283"/>
      </w:pPr>
      <w:r>
        <w:rPr>
          <w:b w:val="0"/>
          <w:i w:val="0"/>
          <w:sz w:val="21"/>
        </w:rPr>
        <w:t>Dear Sir/Madam BKV Comp. was founded in 2013 and has been manufacturing Hydraulic Control Valves for Industrial Water Network and Agricultural Applications, Back-Flushing Control Valves, Gate Valves, Ball Valves Strainers Check Valves Air Valves and Hydrants and Agricultural Irrigation Systems with highly experienced technical Staff with the idea of Contract Manufacturing since then. Our Company has been successful in many of the businesses which conform the objectives they have targeted. Always keeping the quality and service to public in the forefront, Our Company has ensured the achievements and confidence in quality and services after sales with the leadership they have made both in the Domestic Market and International Market as well. Today, we offer Hydraulic Control Valves-Solenoid Valve and Hydraulic Pilot Operated-Diaphragm Actuator, Diaphragm Closure, Piston Close-Rated DN 40 (Included) to DN 500 (Included) - Rated Pressure PN 8, PN 40. We provide products which are made of metal and plastic as well to our customers in high quality and with affordable prices. you can visit https://www.bkvvana.com/en and see our producess from our web site we are wait your interest. you can direct contact from +[telefono]whatsapp number too Gokhan Ergulu foreigntrade cheif</w:t>
      </w:r>
    </w:p>
    <w:p>
      <w:pPr>
        <w:pStyle w:val="Heading2"/>
      </w:pPr>
      <w:r>
        <w:t>Scambi di email finiti nel campo del modulo (8)</w:t>
      </w:r>
    </w:p>
    <w:p>
      <w:r>
        <w:rPr>
          <w:b w:val="0"/>
          <w:i/>
          <w:color w:val="606A76"/>
          <w:sz w:val="20"/>
        </w:rPr>
        <w:t>Non sono richieste: sono code di conversazioni via email registrate nella stessa scheda. Le riportiamo per completezza.</w:t>
      </w:r>
    </w:p>
    <w:p>
      <w:pPr>
        <w:spacing w:after="40"/>
      </w:pPr>
      <w:r>
        <w:rPr>
          <w:b/>
          <w:i w:val="0"/>
          <w:color w:val="009EDA"/>
          <w:sz w:val="18"/>
        </w:rPr>
        <w:t>01/04/2022</w:t>
      </w:r>
    </w:p>
    <w:p>
      <w:pPr>
        <w:spacing w:after="200"/>
        <w:ind w:left="283"/>
      </w:pPr>
      <w:r>
        <w:rPr>
          <w:b w:val="0"/>
          <w:i w:val="0"/>
          <w:sz w:val="21"/>
        </w:rPr>
        <w:t>A: Davanzo Gianluca Oggetto: Re: BENZA - Contatto dal sito Inviato: [telefono]:22 è stato letto il giorno [telefono]:[telefono]Buongiorno, mi dispiace, ma non forniamo ciò che state cercando. Se vuole giusto togliersi la curiosità e capire il prodotto che forniamo, può dare un'occhiata al filmato n° 1 sul ns. sito, che dura solo 6 minuti: https://www.benza.it/istruzioni-montaggio-vasche Però forse son sprecati anche quei 6 minuti, perché è tutta un'altra cosa rispetto a ciò che avete richiesto. Se servissero poi serbatoi antincendio per l'impianto di biogas, o vasche per irrigazione, allora saremmo a Vs. completa disposizione. Spero possa comunque apprezzare la celerità della risposta e cordialmente porgo Distinti Saluti / Kind Regards / Salutations Distinguées Dott. Davide Benza</w:t>
      </w:r>
    </w:p>
    <w:p>
      <w:pPr>
        <w:spacing w:after="40"/>
      </w:pPr>
      <w:r>
        <w:rPr>
          <w:b/>
          <w:i w:val="0"/>
          <w:color w:val="009EDA"/>
          <w:sz w:val="18"/>
        </w:rPr>
        <w:t>16/03/2022</w:t>
      </w:r>
    </w:p>
    <w:p>
      <w:pPr>
        <w:spacing w:after="200"/>
        <w:ind w:left="283"/>
      </w:pPr>
      <w:r>
        <w:rPr>
          <w:b w:val="0"/>
          <w:i w:val="0"/>
          <w:sz w:val="21"/>
        </w:rPr>
        <w:t>A: EDEN 94 S.R.L.; [email] Oggetto: Re: BENZA - Contatto dal sito Inviato: [telefono]:21 è stato letto il giorno [telefono]:[telefono]Buongiorno, noi siamo troppo distanti (da Sanremo a Manduria ci sono più di 1.200 Km) per poter eseguire questo lavoro in maniera conveniente ed efficiente. Ma ho la soluzione ideale per Lei ! La metto in contatto con una ditta della Sua Regione, con la quale collaboriamo, e che potrà eseguire la lavorazione richiesta con tecnici specializzati e prodotti di qualità. Loiodice Teloni Via A. Pedone Zona Industriale 71042 Cerignola (FG) Tel: [telefono]e-mail: [email] Ci legge in copia e potrà contattare il titolare, Matteo Loiodice, al cellulare: [telefono] Spero di aver fatto una cosa gradita ad entrambi e cordialmente porgo i miei</w:t>
      </w:r>
    </w:p>
    <w:p>
      <w:pPr>
        <w:spacing w:after="40"/>
      </w:pPr>
      <w:r>
        <w:rPr>
          <w:b/>
          <w:i w:val="0"/>
          <w:color w:val="009EDA"/>
          <w:sz w:val="18"/>
        </w:rPr>
        <w:t>19/12/2017</w:t>
      </w:r>
    </w:p>
    <w:p>
      <w:pPr>
        <w:spacing w:after="200"/>
        <w:ind w:left="283"/>
      </w:pPr>
      <w:r>
        <w:rPr>
          <w:b w:val="0"/>
          <w:i w:val="0"/>
          <w:sz w:val="21"/>
        </w:rPr>
        <w:t>per errore, Vi preghiamo di distruggerlo e di informarci immediatamente per telefono allo [telefono]o inviando un messaggio all’indirizzo e-mail [email] ------Firma automatica------ In data 19 Dicembre 2017 20:46:04 DUSAN RAGGIANTI &lt;[email]&gt; ha scritto: Nascondi testo citato Buonasera, grazie per la Vs. risposta. Devo ancora ben decidere cosa voglio fare, quindi , nel caso, Vi contatto più avanti. Vi faccio i miei migliori auguri di buone feste. Dusan Raggianti</w:t>
      </w:r>
    </w:p>
    <w:p>
      <w:pPr>
        <w:spacing w:after="40"/>
      </w:pPr>
      <w:r>
        <w:rPr>
          <w:b/>
          <w:i w:val="0"/>
          <w:color w:val="009EDA"/>
          <w:sz w:val="18"/>
        </w:rPr>
        <w:t>05/10/2017</w:t>
      </w:r>
    </w:p>
    <w:p>
      <w:pPr>
        <w:spacing w:after="200"/>
        <w:ind w:left="283"/>
      </w:pPr>
      <w:r>
        <w:rPr>
          <w:b w:val="0"/>
          <w:i w:val="0"/>
          <w:sz w:val="21"/>
        </w:rPr>
        <w:t>? Depends on what you are buying; only floating cover or also bottom liner. You wrote the lagoon is an existing lagoon. Does it have a bottom liner already? You can count yourself with half or full truck load? THE LAGOON IS JUST ESCAVATED, IT DOESN'T HAVE LINER. ABOUT THE TRANSPORT WILL SPEAK LATER 4th - the connection from the chimneys to the pipes to is made glueing normal PVC fittings and pipes? No different the chimney is PVC the pipe PE-Hose OK Waiting for the answer Ciao danilo</w:t>
      </w:r>
    </w:p>
    <w:p>
      <w:pPr>
        <w:spacing w:after="40"/>
      </w:pPr>
      <w:r>
        <w:rPr>
          <w:b/>
          <w:i w:val="0"/>
          <w:color w:val="009EDA"/>
          <w:sz w:val="18"/>
        </w:rPr>
        <w:t>04/10/2017</w:t>
      </w:r>
    </w:p>
    <w:p>
      <w:pPr>
        <w:spacing w:after="200"/>
        <w:ind w:left="283"/>
      </w:pPr>
      <w:r>
        <w:rPr>
          <w:b w:val="0"/>
          <w:i w:val="0"/>
          <w:sz w:val="21"/>
        </w:rPr>
        <w:t>? 4th - the connection from the chimneys to the pipes to is made glueing normal PVC fittings and pipes? Waiting for the answer Ciao danilo</w:t>
      </w:r>
    </w:p>
    <w:p>
      <w:pPr>
        <w:spacing w:after="40"/>
      </w:pPr>
      <w:r>
        <w:rPr>
          <w:b/>
          <w:i w:val="0"/>
          <w:color w:val="009EDA"/>
          <w:sz w:val="18"/>
        </w:rPr>
        <w:t>04/10/2017</w:t>
      </w:r>
    </w:p>
    <w:p>
      <w:pPr>
        <w:spacing w:after="200"/>
        <w:ind w:left="283"/>
      </w:pPr>
      <w:r>
        <w:rPr>
          <w:b w:val="0"/>
          <w:i w:val="0"/>
          <w:sz w:val="21"/>
        </w:rPr>
        <w:t>that asks for a lagon where to stock ( [telefono]cm.) the wastewater that exit from the digester but produces gas anymore. He would like to recover this gas. He told me that ALLIGATOR and another dutch company are installing, in the area, some big bags for this use. Are the bags that you have too? are ok for this use with slurry water? The client has 250 milk cows and 100 kw of electric power energy He has already escaved a lagoon m. 34 x 34 xh 4, is possible to make a system to put the wastewater in the lagoon and recover the gas? Waiting for the answer ciao danilo</w:t>
      </w:r>
    </w:p>
    <w:p>
      <w:pPr>
        <w:spacing w:after="40"/>
      </w:pPr>
      <w:r>
        <w:rPr>
          <w:b/>
          <w:i w:val="0"/>
          <w:color w:val="009EDA"/>
          <w:sz w:val="18"/>
        </w:rPr>
        <w:t>24/09/2017</w:t>
      </w:r>
    </w:p>
    <w:p>
      <w:pPr>
        <w:spacing w:after="200"/>
        <w:ind w:left="283"/>
      </w:pPr>
      <w:r>
        <w:rPr>
          <w:b w:val="0"/>
          <w:i w:val="0"/>
          <w:sz w:val="21"/>
        </w:rPr>
        <w:t>originale ---------- &gt;&gt; Da: [email] &gt;&gt; A: luciano di castri &lt;[email]&gt; &gt;&gt; Data: 24 settembre 2017 alle 10.14 &gt;&gt; Oggetto: Re: BENZA - Richiesta preventivo &gt;&gt; &gt;&gt; buongiorno &gt;&gt; &gt;&gt; &gt;&gt; sono in attesa del vs preventivo sulle geo-membrane il polipropilene &gt;&gt; &gt;&gt; &gt;&gt; grazie</w:t>
      </w:r>
    </w:p>
    <w:p>
      <w:pPr>
        <w:spacing w:after="40"/>
      </w:pPr>
      <w:r>
        <w:rPr>
          <w:b/>
          <w:i w:val="0"/>
          <w:color w:val="009EDA"/>
          <w:sz w:val="18"/>
        </w:rPr>
        <w:t>21/06/2017</w:t>
      </w:r>
    </w:p>
    <w:p>
      <w:pPr>
        <w:spacing w:after="200"/>
        <w:ind w:left="283"/>
      </w:pPr>
      <w:r>
        <w:rPr>
          <w:b w:val="0"/>
          <w:i w:val="0"/>
          <w:sz w:val="21"/>
        </w:rPr>
        <w:t>originale -------- Oggetto: Fwd: Disegni Laghetto Data: [telefono]:32 Mittente: Fabio Cedrone &lt;[email]&gt; Destinatario: [email] ---------- Messaggio inoltrato ---------- Da: "Fabio Cedrone" &lt;[email]&gt; Data: 20 Giu 2017 8:48 PM Oggetto: Disegni Laghetto A: "Stefania Piccoli" &lt;[email]&gt; Cc: Cedrone Fabio</w:t>
      </w:r>
    </w:p>
    <w:p>
      <w:pPr>
        <w:pStyle w:val="Heading1"/>
      </w:pPr>
      <w:r>
        <w:t>Da dove vengono questi dati</w:t>
      </w:r>
    </w:p>
    <w:p>
      <w:r>
        <w:t>Dal gestionale ordini, dove ogni messaggio inviato dal modulo del sito viene registrato come scheda. Abbiamo preso le schede intitolate «Contatto dal Form del sito» e «Richiesta Preventivo da E-Commerce»: sono 473 in tutto, e di queste 53 contengono un messaggio scritto dal visitatore. Le altre riportano solo i dati anagrafici di chi ha compilato.</w:t>
      </w:r>
    </w:p>
    <w:p>
      <w:r>
        <w:rPr>
          <w:b w:val="0"/>
          <w:i w:val="0"/>
          <w:color w:val="606A76"/>
          <w:sz w:val="18"/>
        </w:rPr>
        <w:t>Documento preparato da DueBytes per Benza Water Storage · 11/08/2026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