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Analisi Funzionalità Amenitiz</w:t>
      </w:r>
    </w:p>
    <w:p>
      <w:r>
        <w:rPr>
          <w:b w:val="0"/>
        </w:rPr>
        <w:t>Riferimento: piattaforma all-in-one per hotel indipendenti, B&amp;B, guesthouse e affitti brevi (3–30+ camere). Mercato principale Europa (FR, IT, ES, PT). Oltre 15.000 strutture, 4.6/5 Trustpilot.</w:t>
      </w:r>
    </w:p>
    <w:p>
      <w:r>
        <w:rPr>
          <w:b w:val="0"/>
        </w:rPr>
        <w:t>Fonti principali: amenitiz.com (pagine prodotto), Hotel Tech Report, Capterra, blog/support Amenitiz.</w:t>
      </w:r>
    </w:p>
    <w:p>
      <w:r>
        <w:rPr>
          <w:b/>
        </w:rPr>
        <w:t>Legenda colori:</w:t>
      </w:r>
    </w:p>
    <w:p>
      <w:r>
        <w:rPr>
          <w:b/>
          <w:color w:val="C00000"/>
        </w:rPr>
        <w:t>[⚠ DA VERIFICARE] punto da verificare con il cliente / con Amenitiz prima di partire.</w:t>
      </w:r>
    </w:p>
    <w:p>
      <w:r>
        <w:rPr>
          <w:b/>
          <w:color w:val="C00000"/>
        </w:rPr>
        <w:t>[⛔ CRITICO] punto critico noto, può essere bloccante per il progetto.</w:t>
      </w:r>
    </w:p>
    <w:p>
      <w:pPr>
        <w:pStyle w:val="Heading1"/>
      </w:pPr>
      <w:r>
        <w:t>1. PMS – Property Management System</w:t>
      </w:r>
    </w:p>
    <w:p>
      <w:r>
        <w:rPr>
          <w:b w:val="0"/>
        </w:rPr>
        <w:t>Cuore operativo, accessibile da web (cloud) e mobile.</w:t>
      </w:r>
    </w:p>
    <w:p>
      <w:pPr>
        <w:pStyle w:val="Heading3"/>
      </w:pPr>
      <w:r>
        <w:t>Calendario / planning</w:t>
      </w:r>
    </w:p>
    <w:p>
      <w:pPr>
        <w:pStyle w:val="ListBullet"/>
      </w:pPr>
      <w:r>
        <w:t>Vista calendario unificata di tutte le prenotazioni (OTA + sito + walk-in/telefono)</w:t>
      </w:r>
    </w:p>
    <w:p>
      <w:pPr>
        <w:pStyle w:val="ListBullet"/>
      </w:pPr>
      <w:r>
        <w:t>Drag &amp; drop di prenotazioni tra camere/date</w:t>
      </w:r>
    </w:p>
    <w:p>
      <w:pPr>
        <w:pStyle w:val="ListBullet"/>
      </w:pPr>
      <w:r>
        <w:t>Stato camera in tempo reale (libera, occupata, in pulizia, fuori servizio)</w:t>
      </w:r>
    </w:p>
    <w:p>
      <w:pPr>
        <w:pStyle w:val="ListBullet"/>
      </w:pPr>
      <w:r>
        <w:t>Blocco camere/manutenzione</w:t>
      </w:r>
    </w:p>
    <w:p>
      <w:pPr>
        <w:pStyle w:val="Heading3"/>
      </w:pPr>
      <w:r>
        <w:t>Prenotazioni</w:t>
      </w:r>
    </w:p>
    <w:p>
      <w:pPr>
        <w:pStyle w:val="ListBullet"/>
      </w:pPr>
      <w:r>
        <w:t>Creazione manuale (telefono / walk-in)</w:t>
      </w:r>
    </w:p>
    <w:p>
      <w:pPr>
        <w:pStyle w:val="ListBullet"/>
      </w:pPr>
      <w:r>
        <w:t>Modifica date, ospiti, tariffe, camere</w:t>
      </w:r>
    </w:p>
    <w:p>
      <w:pPr>
        <w:pStyle w:val="ListBullet"/>
      </w:pPr>
      <w:r>
        <w:t>Split-stay e cambio camera</w:t>
      </w:r>
    </w:p>
    <w:p>
      <w:pPr>
        <w:pStyle w:val="ListBullet"/>
      </w:pPr>
      <w:r>
        <w:t>Cancellazioni e no-show</w:t>
      </w:r>
    </w:p>
    <w:p>
      <w:pPr>
        <w:pStyle w:val="ListBullet"/>
      </w:pPr>
      <w:r>
        <w:t>Note interne sulla prenotazione</w:t>
      </w:r>
    </w:p>
    <w:p>
      <w:pPr>
        <w:pStyle w:val="ListBullet"/>
      </w:pPr>
      <w:r>
        <w:t>Storico modifiche</w:t>
      </w:r>
    </w:p>
    <w:p>
      <w:pPr>
        <w:pStyle w:val="Heading3"/>
      </w:pPr>
      <w:r>
        <w:t>Schede ospiti / CRM</w:t>
      </w:r>
    </w:p>
    <w:p>
      <w:pPr>
        <w:pStyle w:val="ListBullet"/>
      </w:pPr>
      <w:r>
        <w:t>Anagrafica ospite con preferenze, allergie, note</w:t>
      </w:r>
    </w:p>
    <w:p>
      <w:pPr>
        <w:pStyle w:val="ListBullet"/>
      </w:pPr>
      <w:r>
        <w:t>Storico soggiorni</w:t>
      </w:r>
    </w:p>
    <w:p>
      <w:pPr>
        <w:pStyle w:val="ListBullet"/>
      </w:pPr>
      <w:r>
        <w:t>Documenti caricati (per check-in)</w:t>
      </w:r>
    </w:p>
    <w:p>
      <w:pPr>
        <w:pStyle w:val="ListBullet"/>
      </w:pPr>
      <w:r>
        <w:t>Comunicazioni inviate</w:t>
      </w:r>
    </w:p>
    <w:p>
      <w:pPr>
        <w:pStyle w:val="Heading3"/>
      </w:pPr>
      <w:r>
        <w:t>Check-in / Check-out</w:t>
      </w:r>
    </w:p>
    <w:p>
      <w:pPr>
        <w:pStyle w:val="ListBullet"/>
      </w:pPr>
      <w:r>
        <w:t>Registrazione ospiti</w:t>
      </w:r>
    </w:p>
    <w:p>
      <w:pPr>
        <w:pStyle w:val="ListBullet"/>
      </w:pPr>
      <w:r>
        <w:t>Assegnazione camera</w:t>
      </w:r>
    </w:p>
    <w:p>
      <w:pPr>
        <w:pStyle w:val="ListBullet"/>
      </w:pPr>
      <w:r>
        <w:t>Check-out con saldo automatico</w:t>
      </w:r>
    </w:p>
    <w:p>
      <w:pPr>
        <w:pStyle w:val="ListBullet"/>
      </w:pPr>
      <w:r>
        <w:rPr>
          <w:b/>
          <w:color w:val="C00000"/>
        </w:rPr>
        <w:t>[⛔ CRITICO] Schedine alloggiati Pubblica Sicurezza (Alloggiati Web) e dichiarazione ISTAT: NON gestite nativamente da Amenitiz. È un obbligo di legge per tutte le strutture ricettive italiane. Va chiesto al cliente come le sta facendo oggi (manualmente? gestionale separato?).</w:t>
      </w:r>
    </w:p>
    <w:p>
      <w:pPr>
        <w:pStyle w:val="Heading3"/>
      </w:pPr>
      <w:r>
        <w:t>Housekeeping</w:t>
      </w:r>
    </w:p>
    <w:p>
      <w:pPr>
        <w:pStyle w:val="ListBullet"/>
      </w:pPr>
      <w:r>
        <w:t>Assegnazione task al personale</w:t>
      </w:r>
    </w:p>
    <w:p>
      <w:pPr>
        <w:pStyle w:val="ListBullet"/>
      </w:pPr>
      <w:r>
        <w:t>Tracciamento stato camere (clean / dirty / inspected)</w:t>
      </w:r>
    </w:p>
    <w:p>
      <w:pPr>
        <w:pStyle w:val="ListBullet"/>
      </w:pPr>
      <w:r>
        <w:t>Notifiche al team</w:t>
      </w:r>
    </w:p>
    <w:p>
      <w:pPr>
        <w:pStyle w:val="Heading3"/>
      </w:pPr>
      <w:r>
        <w:t>Fatturazione</w:t>
      </w:r>
    </w:p>
    <w:p>
      <w:pPr>
        <w:pStyle w:val="ListBullet"/>
      </w:pPr>
      <w:r>
        <w:t>Emissione fatture / ricevute (formato PDF / cartaceo)</w:t>
      </w:r>
    </w:p>
    <w:p>
      <w:pPr>
        <w:pStyle w:val="ListBullet"/>
      </w:pPr>
      <w:r>
        <w:t>Saldi parziali e totali</w:t>
      </w:r>
    </w:p>
    <w:p>
      <w:pPr>
        <w:pStyle w:val="ListBullet"/>
      </w:pPr>
      <w:r>
        <w:t>Tracciamento incassi</w:t>
      </w:r>
    </w:p>
    <w:p>
      <w:pPr>
        <w:pStyle w:val="ListBullet"/>
      </w:pPr>
      <w:r>
        <w:t>Report contabili</w:t>
      </w:r>
    </w:p>
    <w:p>
      <w:pPr>
        <w:pStyle w:val="ListBullet"/>
      </w:pPr>
      <w:r>
        <w:rPr>
          <w:b/>
          <w:color w:val="C00000"/>
        </w:rPr>
        <w:t>[⛔ CRITICO] Fattura elettronica SDI (B2B) e corrispettivi telematici: NON integrati nativamente. In Italia obbligatori. Va capito se il cliente usa già un gestionale fiscale (es. Fatture in Cloud, Aruba) e va prevista integrazione/export verso lo SDI.</w:t>
      </w:r>
    </w:p>
    <w:p>
      <w:pPr>
        <w:pStyle w:val="ListBullet"/>
      </w:pPr>
      <w:r>
        <w:rPr>
          <w:b/>
          <w:color w:val="C00000"/>
        </w:rPr>
        <w:t>[⚠ DA VERIFICARE] Imposta di soggiorno: gestione e versamento al Comune. Verificare se serve calcolo automatico per camera/notte/ospite ed export per il Comune.</w:t>
      </w:r>
    </w:p>
    <w:p>
      <w:pPr>
        <w:pStyle w:val="Heading3"/>
      </w:pPr>
      <w:r>
        <w:t>Comunicazioni automatiche</w:t>
      </w:r>
    </w:p>
    <w:p>
      <w:pPr>
        <w:pStyle w:val="ListBullet"/>
      </w:pPr>
      <w:r>
        <w:t>Conferme prenotazione</w:t>
      </w:r>
    </w:p>
    <w:p>
      <w:pPr>
        <w:pStyle w:val="ListBullet"/>
      </w:pPr>
      <w:r>
        <w:t>Reminder pre-arrivo</w:t>
      </w:r>
    </w:p>
    <w:p>
      <w:pPr>
        <w:pStyle w:val="ListBullet"/>
      </w:pPr>
      <w:r>
        <w:t>Messaggi di benvenuto</w:t>
      </w:r>
    </w:p>
    <w:p>
      <w:pPr>
        <w:pStyle w:val="ListBullet"/>
      </w:pPr>
      <w:r>
        <w:t>Follow-up post-soggiorno</w:t>
      </w:r>
    </w:p>
    <w:p>
      <w:pPr>
        <w:pStyle w:val="ListBullet"/>
      </w:pPr>
      <w:r>
        <w:t>Personalizzazione testi e variabili dinamiche</w:t>
      </w:r>
    </w:p>
    <w:p>
      <w:pPr>
        <w:pStyle w:val="ListBullet"/>
      </w:pPr>
      <w:r>
        <w:rPr>
          <w:b/>
          <w:color w:val="C00000"/>
        </w:rPr>
        <w:t>[⚠ DA VERIFICARE] SMS e WhatsApp: verificare se i clienti ne hanno bisogno (Amenitiz è prevalentemente email-based).</w:t>
      </w:r>
    </w:p>
    <w:p>
      <w:pPr>
        <w:pStyle w:val="Heading3"/>
      </w:pPr>
      <w:r>
        <w:t>Reportistica</w:t>
      </w:r>
    </w:p>
    <w:p>
      <w:pPr>
        <w:pStyle w:val="ListBullet"/>
      </w:pPr>
      <w:r>
        <w:t>Dashboard occupazione, ADR, RevPAR</w:t>
      </w:r>
    </w:p>
    <w:p>
      <w:pPr>
        <w:pStyle w:val="ListBullet"/>
      </w:pPr>
      <w:r>
        <w:t>Andamento prenotazioni e ricavi</w:t>
      </w:r>
    </w:p>
    <w:p>
      <w:pPr>
        <w:pStyle w:val="ListBullet"/>
      </w:pPr>
      <w:r>
        <w:t>Provenienza ospiti</w:t>
      </w:r>
    </w:p>
    <w:p>
      <w:pPr>
        <w:pStyle w:val="ListBullet"/>
      </w:pPr>
      <w:r>
        <w:t>Filtri per periodo / canale</w:t>
      </w:r>
    </w:p>
    <w:p>
      <w:pPr>
        <w:pStyle w:val="ListBullet"/>
      </w:pPr>
      <w:r>
        <w:rPr>
          <w:b/>
          <w:color w:val="C00000"/>
        </w:rPr>
        <w:t>[⚠ DA VERIFICARE] Export contabile per commercialista (CSV / XML / formato compatibile con software fiscali italiani): da definire con il cliente.</w:t>
      </w:r>
    </w:p>
    <w:p>
      <w:pPr>
        <w:pStyle w:val="Heading3"/>
      </w:pPr>
      <w:r>
        <w:t>Multi-utente / multi-property</w:t>
      </w:r>
    </w:p>
    <w:p>
      <w:pPr>
        <w:pStyle w:val="ListBullet"/>
      </w:pPr>
      <w:r>
        <w:t>Più operatori con permessi differenziati</w:t>
      </w:r>
    </w:p>
    <w:p>
      <w:pPr>
        <w:pStyle w:val="ListBullet"/>
      </w:pPr>
      <w:r>
        <w:t>Gestione di più strutture dallo stesso account (piano Ultimate+)</w:t>
      </w:r>
    </w:p>
    <w:p>
      <w:pPr>
        <w:pStyle w:val="ListBullet"/>
      </w:pPr>
      <w:r>
        <w:rPr>
          <w:b/>
          <w:color w:val="C00000"/>
        </w:rPr>
        <w:t>[⚠ DA VERIFICARE] Quanti utenti operativi servono ai tuoi clienti? Quali ruoli/permessi? (Admin, receptionist, housekeeping, contabile)</w:t>
      </w:r>
    </w:p>
    <w:p>
      <w:pPr>
        <w:pStyle w:val="Heading1"/>
      </w:pPr>
      <w:r>
        <w:t>2. Channel Manager</w:t>
      </w:r>
    </w:p>
    <w:p>
      <w:pPr>
        <w:pStyle w:val="Heading3"/>
      </w:pPr>
      <w:r>
        <w:t>Connessioni OTA</w:t>
      </w:r>
    </w:p>
    <w:p>
      <w:pPr>
        <w:pStyle w:val="ListBullet"/>
      </w:pPr>
      <w:r>
        <w:t>120–150+ canali via XML diretto o iCal</w:t>
      </w:r>
    </w:p>
    <w:p>
      <w:pPr>
        <w:pStyle w:val="ListBullet"/>
      </w:pPr>
      <w:r>
        <w:t>Booking.com, Expedia, Airbnb, Agoda, Google Hotel Ads / Free Booking Links</w:t>
      </w:r>
    </w:p>
    <w:p>
      <w:pPr>
        <w:pStyle w:val="ListBullet"/>
      </w:pPr>
      <w:r>
        <w:t>Canali regionali (FR / IT / ES / PT)</w:t>
      </w:r>
    </w:p>
    <w:p>
      <w:pPr>
        <w:pStyle w:val="ListBullet"/>
      </w:pPr>
      <w:r>
        <w:rPr>
          <w:b/>
          <w:color w:val="C00000"/>
        </w:rPr>
        <w:t>[⛔ CRITICO] Quali OTA usano realmente i clienti oggi? Tipicamente per un B&amp;B italiano: Booking.com (90%), Airbnb, a volte Expedia. Non serve coprire 150 canali al lancio. Va fatta lista esatta.</w:t>
      </w:r>
    </w:p>
    <w:p>
      <w:pPr>
        <w:pStyle w:val="Heading3"/>
      </w:pPr>
      <w:r>
        <w:t>Sincronizzazione bidirezionale real-time</w:t>
      </w:r>
    </w:p>
    <w:p>
      <w:pPr>
        <w:pStyle w:val="ListBullet"/>
      </w:pPr>
      <w:r>
        <w:t>Disponibilità (allotment)</w:t>
      </w:r>
    </w:p>
    <w:p>
      <w:pPr>
        <w:pStyle w:val="ListBullet"/>
      </w:pPr>
      <w:r>
        <w:t>Tariffe</w:t>
      </w:r>
    </w:p>
    <w:p>
      <w:pPr>
        <w:pStyle w:val="ListBullet"/>
      </w:pPr>
      <w:r>
        <w:t>Restrizioni: stop sale, MLOS, MaxLOS, CTA / CTD</w:t>
      </w:r>
    </w:p>
    <w:p>
      <w:pPr>
        <w:pStyle w:val="ListBullet"/>
      </w:pPr>
      <w:r>
        <w:t>Prenotazioni ricevute → riducono inventario su tutti i canali</w:t>
      </w:r>
    </w:p>
    <w:p>
      <w:pPr>
        <w:pStyle w:val="ListBullet"/>
      </w:pPr>
      <w:r>
        <w:rPr>
          <w:b/>
          <w:color w:val="C00000"/>
        </w:rPr>
        <w:t>[⚠ DA VERIFICARE] Latenza di sincronizzazione tollerata: in caso di overbooking chi si assume il rischio? Va definita SLA.</w:t>
      </w:r>
    </w:p>
    <w:p>
      <w:pPr>
        <w:pStyle w:val="Heading3"/>
      </w:pPr>
      <w:r>
        <w:t>Mapping</w:t>
      </w:r>
    </w:p>
    <w:p>
      <w:pPr>
        <w:pStyle w:val="ListBullet"/>
      </w:pPr>
      <w:r>
        <w:t>Camere ↔ listing OTA</w:t>
      </w:r>
    </w:p>
    <w:p>
      <w:pPr>
        <w:pStyle w:val="ListBullet"/>
      </w:pPr>
      <w:r>
        <w:t>Rate plan per canale</w:t>
      </w:r>
    </w:p>
    <w:p>
      <w:pPr>
        <w:pStyle w:val="Heading3"/>
      </w:pPr>
      <w:r>
        <w:t>Pricing</w:t>
      </w:r>
    </w:p>
    <w:p>
      <w:pPr>
        <w:pStyle w:val="ListBullet"/>
      </w:pPr>
      <w:r>
        <w:t>Tariffe derivate (es. +15% rispetto alla rate base)</w:t>
      </w:r>
    </w:p>
    <w:p>
      <w:pPr>
        <w:pStyle w:val="ListBullet"/>
      </w:pPr>
      <w:r>
        <w:t>Tariffe fisse per canale</w:t>
      </w:r>
    </w:p>
    <w:p>
      <w:pPr>
        <w:pStyle w:val="ListBullet"/>
      </w:pPr>
      <w:r>
        <w:t>Markup / discount per canale</w:t>
      </w:r>
    </w:p>
    <w:p>
      <w:pPr>
        <w:pStyle w:val="Heading3"/>
      </w:pPr>
      <w:r>
        <w:t>Anti-overbooking</w:t>
      </w:r>
    </w:p>
    <w:p>
      <w:pPr>
        <w:pStyle w:val="ListBullet"/>
      </w:pPr>
      <w:r>
        <w:t>Chiusura automatica e simultanea inventario</w:t>
      </w:r>
    </w:p>
    <w:p>
      <w:pPr>
        <w:pStyle w:val="ListBullet"/>
      </w:pPr>
      <w:r>
        <w:t>Pool unico</w:t>
      </w:r>
    </w:p>
    <w:p>
      <w:pPr>
        <w:pStyle w:val="ListBullet"/>
      </w:pPr>
      <w:r>
        <w:rPr>
          <w:b/>
          <w:color w:val="C00000"/>
        </w:rPr>
        <w:t>[⛔ CRITICO] Costruire un Channel Manager da zero è il modulo più complesso e costoso (certificazioni Booking/Expedia, mantenimento delle API). Valutare seriamente un middleware white-label (es. HotelRunner, MyAllocator, Smoobu API) invece di sviluppo in-house.</w:t>
      </w:r>
    </w:p>
    <w:p>
      <w:pPr>
        <w:pStyle w:val="Heading1"/>
      </w:pPr>
      <w:r>
        <w:t>3. Booking Engine (motore prenotazioni diretto)</w:t>
      </w:r>
    </w:p>
    <w:p>
      <w:pPr>
        <w:pStyle w:val="ListBullet"/>
      </w:pPr>
      <w:r>
        <w:t>Flusso 3-click integrato nel sito</w:t>
      </w:r>
    </w:p>
    <w:p>
      <w:pPr>
        <w:pStyle w:val="ListBullet"/>
      </w:pPr>
      <w:r>
        <w:t>Multilingua (decine di lingue)</w:t>
      </w:r>
    </w:p>
    <w:p>
      <w:pPr>
        <w:pStyle w:val="ListBullet"/>
      </w:pPr>
      <w:r>
        <w:t>Multi-valuta</w:t>
      </w:r>
    </w:p>
    <w:p>
      <w:pPr>
        <w:pStyle w:val="ListBullet"/>
      </w:pPr>
      <w:r>
        <w:t>Mobile-first</w:t>
      </w:r>
    </w:p>
    <w:p>
      <w:pPr>
        <w:pStyle w:val="ListBullet"/>
      </w:pPr>
      <w:r>
        <w:t>Customizzabile (colori, logo, stile coerente al brand)</w:t>
      </w:r>
    </w:p>
    <w:p>
      <w:pPr>
        <w:pStyle w:val="ListBullet"/>
      </w:pPr>
      <w:r>
        <w:t>Add-on / upsell durante prenotazione (colazione, late check-out, spa, parcheggio...)</w:t>
      </w:r>
    </w:p>
    <w:p>
      <w:pPr>
        <w:pStyle w:val="ListBullet"/>
      </w:pPr>
      <w:r>
        <w:t>Email di conferma automatica</w:t>
      </w:r>
    </w:p>
    <w:p>
      <w:pPr>
        <w:pStyle w:val="ListBullet"/>
      </w:pPr>
      <w:r>
        <w:t>Integrazione pagamento online (AmenitizPay)</w:t>
      </w:r>
    </w:p>
    <w:p>
      <w:pPr>
        <w:pStyle w:val="ListBullet"/>
      </w:pPr>
      <w:r>
        <w:t>Politiche di cancellazione configurabili</w:t>
      </w:r>
    </w:p>
    <w:p>
      <w:pPr>
        <w:pStyle w:val="ListBullet"/>
      </w:pPr>
      <w:r>
        <w:t>Acconti / saldo</w:t>
      </w:r>
    </w:p>
    <w:p>
      <w:pPr>
        <w:pStyle w:val="ListBullet"/>
      </w:pPr>
      <w:r>
        <w:t>Codici promozionali</w:t>
      </w:r>
    </w:p>
    <w:p>
      <w:pPr>
        <w:pStyle w:val="ListBullet"/>
      </w:pPr>
      <w:r>
        <w:t>Sincronizzazione disponibilità in real-time</w:t>
      </w:r>
    </w:p>
    <w:p>
      <w:pPr>
        <w:pStyle w:val="ListBullet"/>
      </w:pPr>
      <w:r>
        <w:t>Analytics base: camere più prenotate, tasso abbandono, tempo medio di booking</w:t>
      </w:r>
    </w:p>
    <w:p>
      <w:pPr>
        <w:pStyle w:val="ListBullet"/>
      </w:pPr>
      <w:r>
        <w:t>Commissione 0% sulle prenotazioni dirette (vantaggio commerciale)</w:t>
      </w:r>
    </w:p>
    <w:p>
      <w:pPr>
        <w:pStyle w:val="ListBullet"/>
      </w:pPr>
      <w:r>
        <w:rPr>
          <w:b/>
          <w:color w:val="C00000"/>
        </w:rPr>
        <w:t>[⚠ DA VERIFICARE] Lingue richieste dai clienti (italiano + inglese sono il minimo, francese/tedesco/spagnolo opzionali).</w:t>
      </w:r>
    </w:p>
    <w:p>
      <w:pPr>
        <w:pStyle w:val="ListBullet"/>
      </w:pPr>
      <w:r>
        <w:rPr>
          <w:b/>
          <w:color w:val="C00000"/>
        </w:rPr>
        <w:t>[⚠ DA VERIFICARE] Servono gift card / voucher regalo / pacchetti (es. cena + camera)? Funzionalità non banali da sviluppare.</w:t>
      </w:r>
    </w:p>
    <w:p>
      <w:pPr>
        <w:pStyle w:val="ListBullet"/>
      </w:pPr>
      <w:r>
        <w:rPr>
          <w:b/>
          <w:color w:val="C00000"/>
        </w:rPr>
        <w:t>[⚠ DA VERIFICARE] Tracking GA4 / Meta Pixel / Google Tag Manager per le campagne marketing dei clienti.</w:t>
      </w:r>
    </w:p>
    <w:p>
      <w:pPr>
        <w:pStyle w:val="Heading1"/>
      </w:pPr>
      <w:r>
        <w:t>4. Website Builder</w:t>
      </w:r>
    </w:p>
    <w:p>
      <w:pPr>
        <w:pStyle w:val="ListBullet"/>
      </w:pPr>
      <w:r>
        <w:t>Template specifici per hospitality</w:t>
      </w:r>
    </w:p>
    <w:p>
      <w:pPr>
        <w:pStyle w:val="ListBullet"/>
      </w:pPr>
      <w:r>
        <w:t>Personalizzazione brand (colori, font, immagini)</w:t>
      </w:r>
    </w:p>
    <w:p>
      <w:pPr>
        <w:pStyle w:val="ListBullet"/>
      </w:pPr>
      <w:r>
        <w:t>Mobile responsive</w:t>
      </w:r>
    </w:p>
    <w:p>
      <w:pPr>
        <w:pStyle w:val="ListBullet"/>
      </w:pPr>
      <w:r>
        <w:t>SEO base (meta, struttura, mobile-friendly)</w:t>
      </w:r>
    </w:p>
    <w:p>
      <w:pPr>
        <w:pStyle w:val="ListBullet"/>
      </w:pPr>
      <w:r>
        <w:t>Multilingua</w:t>
      </w:r>
    </w:p>
    <w:p>
      <w:pPr>
        <w:pStyle w:val="ListBullet"/>
      </w:pPr>
      <w:r>
        <w:t>Hosting incluso</w:t>
      </w:r>
    </w:p>
    <w:p>
      <w:pPr>
        <w:pStyle w:val="ListBullet"/>
      </w:pPr>
      <w:r>
        <w:t>Compliance legale / cookie</w:t>
      </w:r>
    </w:p>
    <w:p>
      <w:pPr>
        <w:pStyle w:val="ListBullet"/>
      </w:pPr>
      <w:r>
        <w:t>Booking engine già integrato</w:t>
      </w:r>
    </w:p>
    <w:p>
      <w:pPr>
        <w:pStyle w:val="ListBullet"/>
      </w:pPr>
      <w:r>
        <w:t>Analytics integrate</w:t>
      </w:r>
    </w:p>
    <w:p>
      <w:pPr>
        <w:pStyle w:val="ListBullet"/>
      </w:pPr>
      <w:r>
        <w:t>Galleria foto, sezioni standard (camere, servizi, contatti, dintorni)</w:t>
      </w:r>
    </w:p>
    <w:p>
      <w:pPr>
        <w:pStyle w:val="ListBullet"/>
      </w:pPr>
      <w:r>
        <w:t>Su piano "Ultimate+": sito custom, costruito dal team Amenitiz</w:t>
      </w:r>
    </w:p>
    <w:p>
      <w:pPr>
        <w:pStyle w:val="ListBullet"/>
      </w:pPr>
      <w:r>
        <w:rPr>
          <w:b/>
          <w:color w:val="C00000"/>
        </w:rPr>
        <w:t>[⚠ DA VERIFICARE] I clienti vogliono un sito generato da template (lavoro per te limitato) o un sito su misura (ti pagano lo sviluppo)? Probabilmente meglio sito custom una tantum + booking engine come widget.</w:t>
      </w:r>
    </w:p>
    <w:p>
      <w:pPr>
        <w:pStyle w:val="ListBullet"/>
      </w:pPr>
      <w:r>
        <w:rPr>
          <w:b/>
          <w:color w:val="C00000"/>
        </w:rPr>
        <w:t>[⚠ DA VERIFICARE] Hanno già un dominio e un sito? Migrazione contenuti?</w:t>
      </w:r>
    </w:p>
    <w:p>
      <w:pPr>
        <w:pStyle w:val="Heading1"/>
      </w:pPr>
      <w:r>
        <w:t>5. AmenitizPay</w:t>
      </w:r>
    </w:p>
    <w:p>
      <w:pPr>
        <w:pStyle w:val="Heading3"/>
      </w:pPr>
      <w:r>
        <w:t>Metodi di pagamento</w:t>
      </w:r>
    </w:p>
    <w:p>
      <w:pPr>
        <w:pStyle w:val="ListBullet"/>
      </w:pPr>
      <w:r>
        <w:t>Carte (Visa, Mastercard, principali debit)</w:t>
      </w:r>
    </w:p>
    <w:p>
      <w:pPr>
        <w:pStyle w:val="ListBullet"/>
      </w:pPr>
      <w:r>
        <w:t>Apple Pay, Google Pay</w:t>
      </w:r>
    </w:p>
    <w:p>
      <w:pPr>
        <w:pStyle w:val="ListBullet"/>
      </w:pPr>
      <w:r>
        <w:t>Bonifico bancario</w:t>
      </w:r>
    </w:p>
    <w:p>
      <w:pPr>
        <w:pStyle w:val="ListBullet"/>
      </w:pPr>
      <w:r>
        <w:t>SEPA (per strutture ≥ 5 camere)</w:t>
      </w:r>
    </w:p>
    <w:p>
      <w:pPr>
        <w:pStyle w:val="ListBullet"/>
      </w:pPr>
      <w:r>
        <w:t>Terminale POS fisico (contactless e card a check-in)</w:t>
      </w:r>
    </w:p>
    <w:p>
      <w:pPr>
        <w:pStyle w:val="Heading3"/>
      </w:pPr>
      <w:r>
        <w:t>Funzionalità</w:t>
      </w:r>
    </w:p>
    <w:p>
      <w:pPr>
        <w:pStyle w:val="ListBullet"/>
      </w:pPr>
      <w:r>
        <w:t>Link di pagamento (deposito, pre-pagamento, extra)</w:t>
      </w:r>
    </w:p>
    <w:p>
      <w:pPr>
        <w:pStyle w:val="ListBullet"/>
      </w:pPr>
      <w:r>
        <w:t>Pre-autorizzazioni (blocco fondi)</w:t>
      </w:r>
    </w:p>
    <w:p>
      <w:pPr>
        <w:pStyle w:val="ListBullet"/>
      </w:pPr>
      <w:r>
        <w:t>Addebito automatico in caso di no-show</w:t>
      </w:r>
    </w:p>
    <w:p>
      <w:pPr>
        <w:pStyle w:val="ListBullet"/>
      </w:pPr>
      <w:r>
        <w:t>Salvataggio carta in scheda ospite per addebiti successivi (extra, bar, colazione)</w:t>
      </w:r>
    </w:p>
    <w:p>
      <w:pPr>
        <w:pStyle w:val="ListBullet"/>
      </w:pPr>
      <w:r>
        <w:t>Refund da dashboard</w:t>
      </w:r>
    </w:p>
    <w:p>
      <w:pPr>
        <w:pStyle w:val="ListBullet"/>
      </w:pPr>
      <w:r>
        <w:t>Riconciliazione automatica con prenotazione</w:t>
      </w:r>
    </w:p>
    <w:p>
      <w:pPr>
        <w:pStyle w:val="Heading3"/>
      </w:pPr>
      <w:r>
        <w:t>Sicurezza</w:t>
      </w:r>
    </w:p>
    <w:p>
      <w:pPr>
        <w:pStyle w:val="ListBullet"/>
      </w:pPr>
      <w:r>
        <w:t>3D Secure / SCA</w:t>
      </w:r>
    </w:p>
    <w:p>
      <w:pPr>
        <w:pStyle w:val="ListBullet"/>
      </w:pPr>
      <w:r>
        <w:t>PCI compliant</w:t>
      </w:r>
    </w:p>
    <w:p>
      <w:pPr>
        <w:pStyle w:val="ListBullet"/>
      </w:pPr>
      <w:r>
        <w:rPr>
          <w:b/>
          <w:color w:val="C00000"/>
        </w:rPr>
        <w:t>[⛔ CRITICO] PCI-DSS: NON gestire mai carte di credito direttamente sul tuo server. Usare Stripe (o equivalente) che fornisce conformità out-of-the-box. Tokenizzazione lato Stripe.</w:t>
      </w:r>
    </w:p>
    <w:p>
      <w:pPr>
        <w:pStyle w:val="Heading3"/>
      </w:pPr>
      <w:r>
        <w:t>Integrazione</w:t>
      </w:r>
    </w:p>
    <w:p>
      <w:pPr>
        <w:pStyle w:val="ListBullet"/>
      </w:pPr>
      <w:r>
        <w:t>Nativa con PMS, booking engine, channel manager</w:t>
      </w:r>
    </w:p>
    <w:p>
      <w:pPr>
        <w:pStyle w:val="ListBullet"/>
      </w:pPr>
      <w:r>
        <w:t>Dashboard transazioni unificata</w:t>
      </w:r>
    </w:p>
    <w:p>
      <w:pPr>
        <w:pStyle w:val="Heading3"/>
      </w:pPr>
      <w:r>
        <w:t>Limiti</w:t>
      </w:r>
    </w:p>
    <w:p>
      <w:pPr>
        <w:pStyle w:val="ListBullet"/>
      </w:pPr>
      <w:r>
        <w:t>Non gestisce automaticamente le virtual card ricevute dalle OTA (es. da Booking)</w:t>
      </w:r>
    </w:p>
    <w:p>
      <w:pPr>
        <w:pStyle w:val="ListBullet"/>
      </w:pPr>
      <w:r>
        <w:rPr>
          <w:b/>
          <w:color w:val="C00000"/>
        </w:rPr>
        <w:t>[⛔ CRITICO] Virtual Card Booking.com: la maggior parte delle prenotazioni Booking arriva con carta virtuale che va addebitata manualmente al check-in. Funzione cruciale per i B&amp;B. Va capito se tu la automatizzi (è complesso) o lasci procedura manuale.</w:t>
      </w:r>
    </w:p>
    <w:p>
      <w:pPr>
        <w:pStyle w:val="ListBullet"/>
      </w:pPr>
      <w:r>
        <w:rPr>
          <w:b/>
          <w:color w:val="C00000"/>
        </w:rPr>
        <w:t>[⚠ DA VERIFICARE] Commissioni Stripe: ~1.4% + 0.25 € EU / 2.9% + 0.25 € extra-UE. Chi le paga? Vanno comunicate al cliente.</w:t>
      </w:r>
    </w:p>
    <w:p>
      <w:pPr>
        <w:pStyle w:val="Heading1"/>
      </w:pPr>
      <w:r>
        <w:t>6. PriceAdvisor (dynamic pricing)</w:t>
      </w:r>
    </w:p>
    <w:p>
      <w:pPr>
        <w:pStyle w:val="ListBullet"/>
      </w:pPr>
      <w:r>
        <w:t>Algoritmo che analizza occupancy storica e attuale</w:t>
      </w:r>
    </w:p>
    <w:p>
      <w:pPr>
        <w:pStyle w:val="ListBullet"/>
      </w:pPr>
      <w:r>
        <w:t>Lead time prenotazioni</w:t>
      </w:r>
    </w:p>
    <w:p>
      <w:pPr>
        <w:pStyle w:val="ListBullet"/>
      </w:pPr>
      <w:r>
        <w:t>Prezzi competitor vicini (rate shopping)</w:t>
      </w:r>
    </w:p>
    <w:p>
      <w:pPr>
        <w:pStyle w:val="ListBullet"/>
      </w:pPr>
      <w:r>
        <w:t>Eventi locali, festività, vacanze scolastiche</w:t>
      </w:r>
    </w:p>
    <w:p>
      <w:pPr>
        <w:pStyle w:val="ListBullet"/>
      </w:pPr>
      <w:r>
        <w:t>Stagionalità e domanda</w:t>
      </w:r>
    </w:p>
    <w:p>
      <w:pPr>
        <w:pStyle w:val="ListBullet"/>
      </w:pPr>
      <w:r>
        <w:t>Suggerimenti di prezzo fino a 180 giorni in avanti</w:t>
      </w:r>
    </w:p>
    <w:p>
      <w:pPr>
        <w:pStyle w:val="ListBullet"/>
      </w:pPr>
      <w:r>
        <w:t>Aggiornamento dati giornaliero</w:t>
      </w:r>
    </w:p>
    <w:p>
      <w:pPr>
        <w:pStyle w:val="ListBullet"/>
      </w:pPr>
      <w:r>
        <w:t>Approvazione manuale: singolo giorno o bulk (un click)</w:t>
      </w:r>
    </w:p>
    <w:p>
      <w:pPr>
        <w:pStyle w:val="ListBullet"/>
      </w:pPr>
      <w:r>
        <w:t>Override / ignora suggerimento sempre possibile</w:t>
      </w:r>
    </w:p>
    <w:p>
      <w:pPr>
        <w:pStyle w:val="ListBullet"/>
      </w:pPr>
      <w:r>
        <w:t>Floor price (prezzo minimo) configurabile</w:t>
      </w:r>
    </w:p>
    <w:p>
      <w:pPr>
        <w:pStyle w:val="ListBullet"/>
      </w:pPr>
      <w:r>
        <w:t>Visualizzazione su calendario con flag eventi</w:t>
      </w:r>
    </w:p>
    <w:p>
      <w:pPr>
        <w:pStyle w:val="ListBullet"/>
      </w:pPr>
      <w:r>
        <w:t>KPI mostrati: ADR, RevPAR, occupancy</w:t>
      </w:r>
    </w:p>
    <w:p>
      <w:pPr>
        <w:pStyle w:val="ListBullet"/>
      </w:pPr>
      <w:r>
        <w:t>Non è auto-pilot: richiede sempre consenso utente</w:t>
      </w:r>
    </w:p>
    <w:p>
      <w:pPr>
        <w:pStyle w:val="ListBullet"/>
      </w:pPr>
      <w:r>
        <w:t>Sync automatico su tutte le OTA dopo accettazione</w:t>
      </w:r>
    </w:p>
    <w:p>
      <w:pPr>
        <w:pStyle w:val="ListBullet"/>
      </w:pPr>
      <w:r>
        <w:rPr>
          <w:b/>
          <w:color w:val="C00000"/>
        </w:rPr>
        <w:t>[⛔ CRITICO] Modulo MOLTO complesso: serve rate shopper (servizio terzo a pagamento, es. RateGain, OTA Insight) + algoritmo ML. Da NON includere nel MVP. Eventualmente integrare Smartpricing/PriceLabs in futuro.</w:t>
      </w:r>
    </w:p>
    <w:p>
      <w:pPr>
        <w:pStyle w:val="ListBullet"/>
      </w:pPr>
      <w:r>
        <w:rPr>
          <w:b/>
          <w:color w:val="C00000"/>
        </w:rPr>
        <w:t>[⚠ DA VERIFICARE] I clienti hanno davvero bisogno di pricing dinamico o gestiscono con tariffe stagionali fisse?</w:t>
      </w:r>
    </w:p>
    <w:p>
      <w:pPr>
        <w:pStyle w:val="Heading1"/>
      </w:pPr>
      <w:r>
        <w:t>7. AmenitizBoost (marketing performance)</w:t>
      </w:r>
    </w:p>
    <w:p>
      <w:pPr>
        <w:pStyle w:val="ListBullet"/>
      </w:pPr>
      <w:r>
        <w:t>Campagne gestite dal team Amenitiz</w:t>
      </w:r>
    </w:p>
    <w:p>
      <w:pPr>
        <w:pStyle w:val="ListBullet"/>
      </w:pPr>
      <w:r>
        <w:t>Google Ads, Bing Ads, Google Hotel Ads (metasearch), Retargeting social</w:t>
      </w:r>
    </w:p>
    <w:p>
      <w:pPr>
        <w:pStyle w:val="ListBullet"/>
      </w:pPr>
      <w:r>
        <w:t>Modello commission-based: si paga solo su soggiorni completati</w:t>
      </w:r>
    </w:p>
    <w:p>
      <w:pPr>
        <w:pStyle w:val="ListBullet"/>
      </w:pPr>
      <w:r>
        <w:t>Cancellazioni rimborsate, zero setup fee</w:t>
      </w:r>
    </w:p>
    <w:p>
      <w:pPr>
        <w:pStyle w:val="ListBullet"/>
      </w:pPr>
      <w:r>
        <w:t>Reportistica spesa / prenotazioni / revenue</w:t>
      </w:r>
    </w:p>
    <w:p>
      <w:pPr>
        <w:pStyle w:val="ListBullet"/>
      </w:pPr>
      <w:r>
        <w:rPr>
          <w:b/>
          <w:color w:val="C00000"/>
        </w:rPr>
        <w:t>[⚠ DA VERIFICARE] Servizio richiede competenze advertising e budget. Per il MVP NON serve. Eventualmente offerto come servizio separato di consulenza.</w:t>
      </w:r>
    </w:p>
    <w:p>
      <w:pPr>
        <w:pStyle w:val="Heading1"/>
      </w:pPr>
      <w:r>
        <w:t>8. Supporto &amp; onboarding</w:t>
      </w:r>
    </w:p>
    <w:p>
      <w:pPr>
        <w:pStyle w:val="ListBullet"/>
      </w:pPr>
      <w:r>
        <w:t>Onboarding dedicato + migrazione dati</w:t>
      </w:r>
    </w:p>
    <w:p>
      <w:pPr>
        <w:pStyle w:val="ListBullet"/>
      </w:pPr>
      <w:r>
        <w:t>Live chat e telefono</w:t>
      </w:r>
    </w:p>
    <w:p>
      <w:pPr>
        <w:pStyle w:val="ListBullet"/>
      </w:pPr>
      <w:r>
        <w:t>Lingue: EN, FR, ES, IT, PT</w:t>
      </w:r>
    </w:p>
    <w:p>
      <w:pPr>
        <w:pStyle w:val="ListBullet"/>
      </w:pPr>
      <w:r>
        <w:t>Knowledge base, webinar formativi</w:t>
      </w:r>
    </w:p>
    <w:p>
      <w:pPr>
        <w:pStyle w:val="ListBullet"/>
      </w:pPr>
      <w:r>
        <w:t>Setup operativo in pochi giorni</w:t>
      </w:r>
    </w:p>
    <w:p>
      <w:pPr>
        <w:pStyle w:val="ListBullet"/>
      </w:pPr>
      <w:r>
        <w:rPr>
          <w:b/>
          <w:color w:val="C00000"/>
        </w:rPr>
        <w:t>[⛔ CRITICO] Chi fornisce supporto post-lancio ai clienti? Tu in prima persona? Va dimensionato il SLA e il costo. È diverso vendere "software una tantum" vs "servizio gestito mensile".</w:t>
      </w:r>
    </w:p>
    <w:p>
      <w:pPr>
        <w:pStyle w:val="Heading1"/>
      </w:pPr>
      <w:r>
        <w:t>9. Punti deboli noti di Amenitiz (= opportunità per te)</w:t>
      </w:r>
    </w:p>
    <w:p>
      <w:pPr>
        <w:pStyle w:val="ListBullet"/>
      </w:pPr>
      <w:r>
        <w:rPr>
          <w:b/>
          <w:color w:val="C00000"/>
        </w:rPr>
        <w:t>[⚠ DA VERIFICARE] Fatturazione elettronica IT non gestita nativamente: spesso serve gestionale esterno o export.</w:t>
      </w:r>
    </w:p>
    <w:p>
      <w:pPr>
        <w:pStyle w:val="ListBullet"/>
      </w:pPr>
      <w:r>
        <w:rPr>
          <w:b/>
          <w:color w:val="C00000"/>
        </w:rPr>
        <w:t>[⚠ DA VERIFICARE] Schedine alloggiati / Polizia / ISTAT non automatizzati.</w:t>
      </w:r>
    </w:p>
    <w:p>
      <w:pPr>
        <w:pStyle w:val="ListBullet"/>
      </w:pPr>
      <w:r>
        <w:rPr>
          <w:b/>
          <w:color w:val="C00000"/>
        </w:rPr>
        <w:t>[⚠ DA VERIFICARE] Imposta di soggiorno non automatica.</w:t>
      </w:r>
    </w:p>
    <w:p>
      <w:pPr>
        <w:pStyle w:val="ListBullet"/>
      </w:pPr>
      <w:r>
        <w:rPr>
          <w:b/>
          <w:color w:val="C00000"/>
        </w:rPr>
        <w:t>[⚠ DA VERIFICARE] Limitate personalizzazioni del booking engine avanzato.</w:t>
      </w:r>
    </w:p>
    <w:p>
      <w:pPr>
        <w:pStyle w:val="ListBullet"/>
      </w:pPr>
      <w:r>
        <w:rPr>
          <w:b/>
          <w:color w:val="C00000"/>
        </w:rPr>
        <w:t>[⚠ DA VERIFICARE] Reportistica fiscale / contabile poco dettagliata.</w:t>
      </w:r>
    </w:p>
    <w:p>
      <w:pPr>
        <w:pStyle w:val="ListBullet"/>
      </w:pPr>
      <w:r>
        <w:rPr>
          <w:b/>
          <w:color w:val="C00000"/>
        </w:rPr>
        <w:t>[⚠ DA VERIFICARE] Virtual card OTA non addebitate automaticamente.</w:t>
      </w:r>
    </w:p>
    <w:p>
      <w:pPr>
        <w:pStyle w:val="ListBullet"/>
      </w:pPr>
      <w:r>
        <w:rPr>
          <w:b/>
          <w:color w:val="C00000"/>
        </w:rPr>
        <w:t>[⚠ DA VERIFICARE] Costi cumulati alti per piano Ultimate+ vs concorrenza.</w:t>
      </w:r>
    </w:p>
    <w:p>
      <w:pPr>
        <w:pStyle w:val="ListBullet"/>
      </w:pPr>
      <w:r>
        <w:rPr>
          <w:b/>
          <w:color w:val="C00000"/>
        </w:rPr>
        <w:t>[⚠ DA VERIFICARE] Channel manager: occasionali ritardi di sync con OTA minori.</w:t>
      </w:r>
    </w:p>
    <w:p>
      <w:pPr>
        <w:pStyle w:val="ListBullet"/>
      </w:pPr>
      <w:r>
        <w:rPr>
          <w:b/>
          <w:color w:val="C00000"/>
        </w:rPr>
        <w:t>[⚠ DA VERIFICARE] Niente API pubblica documentata per integrazioni custom.</w:t>
      </w:r>
    </w:p>
    <w:p>
      <w:r>
        <w:rPr>
          <w:b/>
        </w:rPr>
        <w:t>Nota: questi sono i punti su cui puoi differenziarti per giustificare il prezzo richiesto al cliente.</w:t>
      </w:r>
    </w:p>
    <w:p>
      <w:pPr>
        <w:pStyle w:val="Heading1"/>
      </w:pPr>
      <w:r>
        <w:t>10. Modello pricing Amenitiz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Piano</w:t>
            </w:r>
          </w:p>
        </w:tc>
        <w:tc>
          <w:tcPr>
            <w:tcW w:type="dxa" w:w="2880"/>
          </w:tcPr>
          <w:p>
            <w:r>
              <w:t>Prezzo (~)*</w:t>
            </w:r>
          </w:p>
        </w:tc>
        <w:tc>
          <w:tcPr>
            <w:tcW w:type="dxa" w:w="2880"/>
          </w:tcPr>
          <w:p>
            <w:r>
              <w:t>Include</w:t>
            </w:r>
          </w:p>
        </w:tc>
      </w:tr>
      <w:tr>
        <w:tc>
          <w:tcPr>
            <w:tcW w:type="dxa" w:w="2880"/>
          </w:tcPr>
          <w:p>
            <w:r>
              <w:t>Presence</w:t>
            </w:r>
          </w:p>
        </w:tc>
        <w:tc>
          <w:tcPr>
            <w:tcW w:type="dxa" w:w="2880"/>
          </w:tcPr>
          <w:p>
            <w:r>
              <w:t>~42 €/mese</w:t>
            </w:r>
          </w:p>
        </w:tc>
        <w:tc>
          <w:tcPr>
            <w:tcW w:type="dxa" w:w="2880"/>
          </w:tcPr>
          <w:p>
            <w:r>
              <w:t>Website builder + supporto</w:t>
            </w:r>
          </w:p>
        </w:tc>
      </w:tr>
      <w:tr>
        <w:tc>
          <w:tcPr>
            <w:tcW w:type="dxa" w:w="2880"/>
          </w:tcPr>
          <w:p>
            <w:r>
              <w:t>Sales Pro</w:t>
            </w:r>
          </w:p>
        </w:tc>
        <w:tc>
          <w:tcPr>
            <w:tcW w:type="dxa" w:w="2880"/>
          </w:tcPr>
          <w:p>
            <w:r>
              <w:t>~113 €/mese</w:t>
            </w:r>
          </w:p>
        </w:tc>
        <w:tc>
          <w:tcPr>
            <w:tcW w:type="dxa" w:w="2880"/>
          </w:tcPr>
          <w:p>
            <w:r>
              <w:t>Booking engine + PMS + Channel Manager + AmenitizPay + PriceAdvisor</w:t>
            </w:r>
          </w:p>
        </w:tc>
      </w:tr>
      <w:tr>
        <w:tc>
          <w:tcPr>
            <w:tcW w:type="dxa" w:w="2880"/>
          </w:tcPr>
          <w:p>
            <w:r>
              <w:t>Ultimate+</w:t>
            </w:r>
          </w:p>
        </w:tc>
        <w:tc>
          <w:tcPr>
            <w:tcW w:type="dxa" w:w="2880"/>
          </w:tcPr>
          <w:p>
            <w:r>
              <w:t>~125 €/mese</w:t>
            </w:r>
          </w:p>
        </w:tc>
        <w:tc>
          <w:tcPr>
            <w:tcW w:type="dxa" w:w="2880"/>
          </w:tcPr>
          <w:p>
            <w:r>
              <w:t>Tutto il precedente + sito custom SEO</w:t>
            </w:r>
          </w:p>
        </w:tc>
      </w:tr>
    </w:tbl>
    <w:p>
      <w:r>
        <w:rPr>
          <w:b w:val="0"/>
        </w:rPr>
        <w:t>* Prezzi indicativi escl. IVA. AmenitizBoost è a commissione separata.</w:t>
      </w:r>
    </w:p>
    <w:p>
      <w:r>
        <w:br w:type="page"/>
      </w:r>
    </w:p>
    <w:p>
      <w:pPr>
        <w:pStyle w:val="Heading1"/>
      </w:pPr>
      <w:r>
        <w:t>Proposta di approccio per il tuo MVP</w:t>
      </w:r>
    </w:p>
    <w:p>
      <w:r>
        <w:rPr>
          <w:b w:val="0"/>
        </w:rPr>
        <w:t>Costruire tutto Amenitiz è un progetto da 12–24 mesi/uomo. Ma per un singolo B&amp;B (o piccolo gruppo di B&amp;B) la maggior parte delle funzioni è overkill.</w:t>
      </w:r>
    </w:p>
    <w:p>
      <w:pPr>
        <w:pStyle w:val="Heading2"/>
      </w:pPr>
      <w:r>
        <w:t>Funzionalità "must have" per partire (MVP, 1–3 mesi)</w:t>
      </w:r>
    </w:p>
    <w:p>
      <w:pPr>
        <w:pStyle w:val="ListBullet"/>
      </w:pPr>
      <w:r>
        <w:t>PMS minimo: calendario, prenotazioni manuali, schede ospite, stato camere</w:t>
      </w:r>
    </w:p>
    <w:p>
      <w:pPr>
        <w:pStyle w:val="ListBullet"/>
      </w:pPr>
      <w:r>
        <w:t>Booking engine sul sito del cliente (multilingua + multi-valuta)</w:t>
      </w:r>
    </w:p>
    <w:p>
      <w:pPr>
        <w:pStyle w:val="ListBullet"/>
      </w:pPr>
      <w:r>
        <w:t>Channel Manager verso almeno Booking.com + Airbnb (le OTA che muovono il 90% del volume per un B&amp;B italiano)</w:t>
      </w:r>
    </w:p>
    <w:p>
      <w:pPr>
        <w:pStyle w:val="ListBullet"/>
      </w:pPr>
      <w:r>
        <w:t>Pagamenti via Stripe (carte, Apple/Google Pay)</w:t>
      </w:r>
    </w:p>
    <w:p>
      <w:pPr>
        <w:pStyle w:val="ListBullet"/>
      </w:pPr>
      <w:r>
        <w:t>Comunicazioni automatiche base (conferma, reminder, post-stay)</w:t>
      </w:r>
    </w:p>
    <w:p>
      <w:pPr>
        <w:pStyle w:val="ListBullet"/>
      </w:pPr>
      <w:r>
        <w:t>Schedine alloggiati Polizia (Alloggiati Web) + ISTAT — vero valore aggiunto vs Amenitiz in IT</w:t>
      </w:r>
    </w:p>
    <w:p>
      <w:pPr>
        <w:pStyle w:val="ListBullet"/>
      </w:pPr>
      <w:r>
        <w:t>Fattura / ricevuta elettronica integrata con SDI — altro killer feature italiano</w:t>
      </w:r>
    </w:p>
    <w:p>
      <w:pPr>
        <w:pStyle w:val="ListBullet"/>
      </w:pPr>
      <w:r>
        <w:t>Report base: occupancy, revenue, prenotazioni per canale</w:t>
      </w:r>
    </w:p>
    <w:p>
      <w:pPr>
        <w:pStyle w:val="Heading2"/>
      </w:pPr>
      <w:r>
        <w:t>Da rimandare</w:t>
      </w:r>
    </w:p>
    <w:p>
      <w:pPr>
        <w:pStyle w:val="ListBullet"/>
      </w:pPr>
      <w:r>
        <w:t>Dynamic pricing</w:t>
      </w:r>
    </w:p>
    <w:p>
      <w:pPr>
        <w:pStyle w:val="ListBullet"/>
      </w:pPr>
      <w:r>
        <w:t>Marketing automatizzato</w:t>
      </w:r>
    </w:p>
    <w:p>
      <w:pPr>
        <w:pStyle w:val="ListBullet"/>
      </w:pPr>
      <w:r>
        <w:t>Website builder generico</w:t>
      </w:r>
    </w:p>
    <w:p>
      <w:pPr>
        <w:pStyle w:val="ListBullet"/>
      </w:pPr>
      <w:r>
        <w:t>Integrazione 150 OTA (parti da 2–3, aggiungi su richiesta)</w:t>
      </w:r>
    </w:p>
    <w:p>
      <w:pPr>
        <w:pStyle w:val="ListBullet"/>
      </w:pPr>
      <w:r>
        <w:t>App mobile dedicata</w:t>
      </w:r>
    </w:p>
    <w:p>
      <w:pPr>
        <w:pStyle w:val="Heading2"/>
      </w:pPr>
      <w:r>
        <w:t>Stack consigliato (preliminare)</w:t>
      </w:r>
    </w:p>
    <w:p>
      <w:pPr>
        <w:pStyle w:val="ListBullet"/>
      </w:pPr>
      <w:r>
        <w:t>Backend: Node.js / TypeScript o Python (FastAPI) su PostgreSQL</w:t>
      </w:r>
    </w:p>
    <w:p>
      <w:pPr>
        <w:pStyle w:val="ListBullet"/>
      </w:pPr>
      <w:r>
        <w:t>Frontend: Next.js / React + Tailwind</w:t>
      </w:r>
    </w:p>
    <w:p>
      <w:pPr>
        <w:pStyle w:val="ListBullet"/>
      </w:pPr>
      <w:r>
        <w:t>Channel Manager: integrazione diretta API Booking + Airbnb, oppure middleware tipo HotelRunner / MyAllocator white-label</w:t>
      </w:r>
    </w:p>
    <w:p>
      <w:pPr>
        <w:pStyle w:val="ListBullet"/>
      </w:pPr>
      <w:r>
        <w:t>Pagamenti: Stripe</w:t>
      </w:r>
    </w:p>
    <w:p>
      <w:pPr>
        <w:pStyle w:val="ListBullet"/>
      </w:pPr>
      <w:r>
        <w:t>Email / SMS: SendGrid / Mailgun + Twilio</w:t>
      </w:r>
    </w:p>
    <w:p>
      <w:pPr>
        <w:pStyle w:val="ListBullet"/>
      </w:pPr>
      <w:r>
        <w:t>Hosting: Vercel + Railway / Hetzner / Aruba</w:t>
      </w:r>
    </w:p>
    <w:p>
      <w:pPr>
        <w:pStyle w:val="ListBullet"/>
      </w:pPr>
      <w:r>
        <w:t>Fattura SDI: Fatture in Cloud / Aruba Fatturazione API</w:t>
      </w:r>
    </w:p>
    <w:p>
      <w:pPr>
        <w:pStyle w:val="Heading2"/>
      </w:pPr>
      <w:r>
        <w:t>Domande chiave da fare ai clienti (prima riunione)</w:t>
      </w:r>
    </w:p>
    <w:p>
      <w:pPr>
        <w:pStyle w:val="ListBullet"/>
      </w:pPr>
      <w:r>
        <w:rPr>
          <w:b/>
          <w:color w:val="C00000"/>
        </w:rPr>
        <w:t>[⚠ DA VERIFICARE] Quante camere hanno? Quante prenotazioni/anno? Quanti soggiorni medi al mese?</w:t>
      </w:r>
    </w:p>
    <w:p>
      <w:pPr>
        <w:pStyle w:val="ListBullet"/>
      </w:pPr>
      <w:r>
        <w:rPr>
          <w:b/>
          <w:color w:val="C00000"/>
        </w:rPr>
        <w:t>[⚠ DA VERIFICARE] Stanno già usando Amenitiz o un altro gestionale? Cosa funziona, cosa NO?</w:t>
      </w:r>
    </w:p>
    <w:p>
      <w:pPr>
        <w:pStyle w:val="ListBullet"/>
      </w:pPr>
      <w:r>
        <w:rPr>
          <w:b/>
          <w:color w:val="C00000"/>
        </w:rPr>
        <w:t>[⚠ DA VERIFICARE] Quali OTA usano davvero (con percentuale di prenotazioni)?</w:t>
      </w:r>
    </w:p>
    <w:p>
      <w:pPr>
        <w:pStyle w:val="ListBullet"/>
      </w:pPr>
      <w:r>
        <w:rPr>
          <w:b/>
          <w:color w:val="C00000"/>
        </w:rPr>
        <w:t>[⚠ DA VERIFICARE] Come gestiscono oggi schedine PS, ISTAT, fatturazione SDI, imposta di soggiorno?</w:t>
      </w:r>
    </w:p>
    <w:p>
      <w:pPr>
        <w:pStyle w:val="ListBullet"/>
      </w:pPr>
      <w:r>
        <w:rPr>
          <w:b/>
          <w:color w:val="C00000"/>
        </w:rPr>
        <w:t>[⚠ DA VERIFICARE] Hanno già un sito? Vogliono mantenerlo o rifarlo?</w:t>
      </w:r>
    </w:p>
    <w:p>
      <w:pPr>
        <w:pStyle w:val="ListBullet"/>
      </w:pPr>
      <w:r>
        <w:rPr>
          <w:b/>
          <w:color w:val="C00000"/>
        </w:rPr>
        <w:t>[⚠ DA VERIFICARE] Quanti utenti operativi (proprietario, reception, pulizie, commercialista)?</w:t>
      </w:r>
    </w:p>
    <w:p>
      <w:pPr>
        <w:pStyle w:val="ListBullet"/>
      </w:pPr>
      <w:r>
        <w:rPr>
          <w:b/>
          <w:color w:val="C00000"/>
        </w:rPr>
        <w:t>[⚠ DA VERIFICARE] Budget annuale che sono disposti a investire (sviluppo iniziale + canone mensile)?</w:t>
      </w:r>
    </w:p>
    <w:p>
      <w:pPr>
        <w:pStyle w:val="ListBullet"/>
      </w:pPr>
      <w:r>
        <w:rPr>
          <w:b/>
          <w:color w:val="C00000"/>
        </w:rPr>
        <w:t>[⚠ DA VERIFICARE] Vogliono un sistema "loro" o sono ok con SaaS multi-tenant gestito da te?</w:t>
      </w:r>
    </w:p>
    <w:p>
      <w:pPr>
        <w:pStyle w:val="ListBullet"/>
      </w:pPr>
      <w:r>
        <w:rPr>
          <w:b/>
          <w:color w:val="C00000"/>
        </w:rPr>
        <w:t>[⚠ DA VERIFICARE] SLA: quanto tempo possono tollerare un downtime? Chi li chiama in caso di guasto?</w:t>
      </w:r>
    </w:p>
    <w:p>
      <w:pPr>
        <w:pStyle w:val="ListBullet"/>
      </w:pPr>
      <w:r>
        <w:rPr>
          <w:b/>
          <w:color w:val="C00000"/>
        </w:rPr>
        <w:t>[⚠ DA VERIFICARE] Chi paga le commissioni Stripe (~1.4% + 0.25 €)?</w:t>
      </w:r>
    </w:p>
    <w:p>
      <w:pPr>
        <w:pStyle w:val="Heading2"/>
      </w:pPr>
      <w:r>
        <w:t>Prossimi passi suggeriti</w:t>
      </w:r>
    </w:p>
    <w:p>
      <w:pPr>
        <w:pStyle w:val="ListBullet"/>
      </w:pPr>
      <w:r>
        <w:t>Intervista strutturata con i clienti pilota</w:t>
      </w:r>
    </w:p>
    <w:p>
      <w:pPr>
        <w:pStyle w:val="ListBullet"/>
      </w:pPr>
      <w:r>
        <w:t>Definire scope MVP con loro (tipicamente: 1 B&amp;B come pilota)</w:t>
      </w:r>
    </w:p>
    <w:p>
      <w:pPr>
        <w:pStyle w:val="ListBullet"/>
      </w:pPr>
      <w:r>
        <w:t>Quotazione realistica (3–6 mesi sviluppo + canone ricorrente per hosting/servizi)</w:t>
      </w:r>
    </w:p>
    <w:p>
      <w:pPr>
        <w:pStyle w:val="ListBullet"/>
      </w:pPr>
      <w:r>
        <w:t>Decidere se multi-tenant dall'inizio (per servire più B&amp;B) o single-tenant (uno per cliente)</w:t>
      </w:r>
    </w:p>
    <w:p>
      <w:pPr>
        <w:pStyle w:val="ListBullet"/>
      </w:pPr>
      <w:r>
        <w:t>Verificare obblighi normativi: PCI-DSS, GDPR, fatturazione IT, schedine PS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